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Ultimate Pet Care Checklist</w:t>
      </w:r>
    </w:p>
    <w:p>
      <w:pPr>
        <w:jc w:val="center"/>
      </w:pPr>
      <w:r>
        <w:t>A comprehensive checklist for common pet types and essential pet-care tasks.</w:t>
      </w:r>
    </w:p>
    <w:p>
      <w:pPr>
        <w:pStyle w:val="Heading1"/>
      </w:pPr>
      <w:r>
        <w:t>🐶 Dog Care</w:t>
      </w:r>
    </w:p>
    <w:p>
      <w:pPr>
        <w:spacing w:after="20"/>
      </w:pPr>
      <w:r>
        <w:rPr>
          <w:sz w:val="20"/>
        </w:rPr>
        <w:t>☐ Provide fresh drinking water</w:t>
      </w:r>
    </w:p>
    <w:p>
      <w:pPr>
        <w:spacing w:after="20"/>
      </w:pPr>
      <w:r>
        <w:rPr>
          <w:sz w:val="20"/>
        </w:rPr>
        <w:t>☐ Feed an appropriate balanced diet</w:t>
      </w:r>
    </w:p>
    <w:p>
      <w:pPr>
        <w:spacing w:after="20"/>
      </w:pPr>
      <w:r>
        <w:rPr>
          <w:sz w:val="20"/>
        </w:rPr>
        <w:t>☐ Provide daily exercise</w:t>
      </w:r>
    </w:p>
    <w:p>
      <w:pPr>
        <w:spacing w:after="20"/>
      </w:pPr>
      <w:r>
        <w:rPr>
          <w:sz w:val="20"/>
        </w:rPr>
        <w:t>☐ Provide mental stimulation</w:t>
      </w:r>
    </w:p>
    <w:p>
      <w:pPr>
        <w:spacing w:after="20"/>
      </w:pPr>
      <w:r>
        <w:rPr>
          <w:sz w:val="20"/>
        </w:rPr>
        <w:t>☐ Provide bathroom breaks</w:t>
      </w:r>
    </w:p>
    <w:p>
      <w:pPr>
        <w:spacing w:after="20"/>
      </w:pPr>
      <w:r>
        <w:rPr>
          <w:sz w:val="20"/>
        </w:rPr>
        <w:t>☐ Check paws and coat</w:t>
      </w:r>
    </w:p>
    <w:p>
      <w:pPr>
        <w:spacing w:after="20"/>
      </w:pPr>
      <w:r>
        <w:rPr>
          <w:sz w:val="20"/>
        </w:rPr>
        <w:t>☐ Brush coat as needed</w:t>
      </w:r>
    </w:p>
    <w:p>
      <w:pPr>
        <w:spacing w:after="20"/>
      </w:pPr>
      <w:r>
        <w:rPr>
          <w:sz w:val="20"/>
        </w:rPr>
        <w:t>☐ Check ears, teeth and gums</w:t>
      </w:r>
    </w:p>
    <w:p>
      <w:pPr>
        <w:spacing w:after="20"/>
      </w:pPr>
      <w:r>
        <w:rPr>
          <w:sz w:val="20"/>
        </w:rPr>
        <w:t>☐ Inspect and trim nails when needed</w:t>
      </w:r>
    </w:p>
    <w:p>
      <w:pPr>
        <w:spacing w:after="20"/>
      </w:pPr>
      <w:r>
        <w:rPr>
          <w:sz w:val="20"/>
        </w:rPr>
        <w:t>☐ Wash food and water bowls</w:t>
      </w:r>
    </w:p>
    <w:p>
      <w:pPr>
        <w:spacing w:after="20"/>
      </w:pPr>
      <w:r>
        <w:rPr>
          <w:sz w:val="20"/>
        </w:rPr>
        <w:t>☐ Clean bedding and living area</w:t>
      </w:r>
    </w:p>
    <w:p>
      <w:pPr>
        <w:spacing w:after="20"/>
      </w:pPr>
      <w:r>
        <w:rPr>
          <w:sz w:val="20"/>
        </w:rPr>
        <w:t>☐ Maintain recommended vaccinations</w:t>
      </w:r>
    </w:p>
    <w:p>
      <w:pPr>
        <w:spacing w:after="20"/>
      </w:pPr>
      <w:r>
        <w:rPr>
          <w:sz w:val="20"/>
        </w:rPr>
        <w:t>☐ Schedule routine veterinary examinations</w:t>
      </w:r>
    </w:p>
    <w:p>
      <w:pPr>
        <w:spacing w:after="20"/>
      </w:pPr>
      <w:r>
        <w:rPr>
          <w:sz w:val="20"/>
        </w:rPr>
        <w:t>☐ Maintain dental care</w:t>
      </w:r>
    </w:p>
    <w:p>
      <w:pPr>
        <w:spacing w:after="20"/>
      </w:pPr>
      <w:r>
        <w:rPr>
          <w:sz w:val="20"/>
        </w:rPr>
        <w:t>☐ Review parasite prevention with your veterinarian</w:t>
      </w:r>
    </w:p>
    <w:p>
      <w:pPr>
        <w:spacing w:after="20"/>
      </w:pPr>
      <w:r>
        <w:rPr>
          <w:sz w:val="20"/>
        </w:rPr>
        <w:t>☐ Keep identification information updated</w:t>
      </w:r>
    </w:p>
    <w:p>
      <w:pPr>
        <w:spacing w:after="20"/>
      </w:pPr>
      <w:r>
        <w:rPr>
          <w:sz w:val="20"/>
        </w:rPr>
        <w:t>☐ Know the nearest emergency veterinary clinic</w:t>
      </w:r>
    </w:p>
    <w:p>
      <w:pPr>
        <w:pStyle w:val="Heading1"/>
      </w:pPr>
      <w:r>
        <w:t>🐱 Cat Care</w:t>
      </w:r>
    </w:p>
    <w:p>
      <w:pPr>
        <w:spacing w:after="20"/>
      </w:pPr>
      <w:r>
        <w:rPr>
          <w:sz w:val="20"/>
        </w:rPr>
        <w:t>☐ Provide fresh water</w:t>
      </w:r>
    </w:p>
    <w:p>
      <w:pPr>
        <w:spacing w:after="20"/>
      </w:pPr>
      <w:r>
        <w:rPr>
          <w:sz w:val="20"/>
        </w:rPr>
        <w:t>☐ Provide species-appropriate food</w:t>
      </w:r>
    </w:p>
    <w:p>
      <w:pPr>
        <w:spacing w:after="20"/>
      </w:pPr>
      <w:r>
        <w:rPr>
          <w:sz w:val="20"/>
        </w:rPr>
        <w:t>☐ Scoop the litter box</w:t>
      </w:r>
    </w:p>
    <w:p>
      <w:pPr>
        <w:spacing w:after="20"/>
      </w:pPr>
      <w:r>
        <w:rPr>
          <w:sz w:val="20"/>
        </w:rPr>
        <w:t>☐ Provide play and enrichment</w:t>
      </w:r>
    </w:p>
    <w:p>
      <w:pPr>
        <w:spacing w:after="20"/>
      </w:pPr>
      <w:r>
        <w:rPr>
          <w:sz w:val="20"/>
        </w:rPr>
        <w:t>☐ Provide scratching opportunities</w:t>
      </w:r>
    </w:p>
    <w:p>
      <w:pPr>
        <w:spacing w:after="20"/>
      </w:pPr>
      <w:r>
        <w:rPr>
          <w:sz w:val="20"/>
        </w:rPr>
        <w:t>☐ Observe appetite and behavior</w:t>
      </w:r>
    </w:p>
    <w:p>
      <w:pPr>
        <w:spacing w:after="20"/>
      </w:pPr>
      <w:r>
        <w:rPr>
          <w:sz w:val="20"/>
        </w:rPr>
        <w:t>☐ Clean litter boxes as appropriate</w:t>
      </w:r>
    </w:p>
    <w:p>
      <w:pPr>
        <w:spacing w:after="20"/>
      </w:pPr>
      <w:r>
        <w:rPr>
          <w:sz w:val="20"/>
        </w:rPr>
        <w:t>☐ Wash food and water bowls</w:t>
      </w:r>
    </w:p>
    <w:p>
      <w:pPr>
        <w:spacing w:after="20"/>
      </w:pPr>
      <w:r>
        <w:rPr>
          <w:sz w:val="20"/>
        </w:rPr>
        <w:t>☐ Brush coat when needed</w:t>
      </w:r>
    </w:p>
    <w:p>
      <w:pPr>
        <w:spacing w:after="20"/>
      </w:pPr>
      <w:r>
        <w:rPr>
          <w:sz w:val="20"/>
        </w:rPr>
        <w:t>☐ Check ears, eyes and claws</w:t>
      </w:r>
    </w:p>
    <w:p>
      <w:pPr>
        <w:spacing w:after="20"/>
      </w:pPr>
      <w:r>
        <w:rPr>
          <w:sz w:val="20"/>
        </w:rPr>
        <w:t>☐ Maintain recommended vaccinations</w:t>
      </w:r>
    </w:p>
    <w:p>
      <w:pPr>
        <w:spacing w:after="20"/>
      </w:pPr>
      <w:r>
        <w:rPr>
          <w:sz w:val="20"/>
        </w:rPr>
        <w:t>☐ Schedule routine veterinary examinations</w:t>
      </w:r>
    </w:p>
    <w:p>
      <w:pPr>
        <w:spacing w:after="20"/>
      </w:pPr>
      <w:r>
        <w:rPr>
          <w:sz w:val="20"/>
        </w:rPr>
        <w:t>☐ Maintain dental care</w:t>
      </w:r>
    </w:p>
    <w:p>
      <w:pPr>
        <w:spacing w:after="20"/>
      </w:pPr>
      <w:r>
        <w:rPr>
          <w:sz w:val="20"/>
        </w:rPr>
        <w:t>☐ Monitor weight</w:t>
      </w:r>
    </w:p>
    <w:p>
      <w:pPr>
        <w:spacing w:after="20"/>
      </w:pPr>
      <w:r>
        <w:rPr>
          <w:sz w:val="20"/>
        </w:rPr>
        <w:t>☐ Keep identification information updated</w:t>
      </w:r>
    </w:p>
    <w:p>
      <w:pPr>
        <w:pStyle w:val="Heading1"/>
      </w:pPr>
      <w:r>
        <w:t>🐰 Rabbit Care</w:t>
      </w:r>
    </w:p>
    <w:p>
      <w:pPr>
        <w:spacing w:after="20"/>
      </w:pPr>
      <w:r>
        <w:rPr>
          <w:sz w:val="20"/>
        </w:rPr>
        <w:t>☐ Provide unlimited appropriate hay</w:t>
      </w:r>
    </w:p>
    <w:p>
      <w:pPr>
        <w:spacing w:after="20"/>
      </w:pPr>
      <w:r>
        <w:rPr>
          <w:sz w:val="20"/>
        </w:rPr>
        <w:t>☐ Provide fresh water</w:t>
      </w:r>
    </w:p>
    <w:p>
      <w:pPr>
        <w:spacing w:after="20"/>
      </w:pPr>
      <w:r>
        <w:rPr>
          <w:sz w:val="20"/>
        </w:rPr>
        <w:t>☐ Provide appropriate fresh greens/food</w:t>
      </w:r>
    </w:p>
    <w:p>
      <w:pPr>
        <w:spacing w:after="20"/>
      </w:pPr>
      <w:r>
        <w:rPr>
          <w:sz w:val="20"/>
        </w:rPr>
        <w:t>☐ Provide an appropriate source of vitamin C</w:t>
      </w:r>
    </w:p>
    <w:p>
      <w:pPr>
        <w:spacing w:after="20"/>
      </w:pPr>
      <w:r>
        <w:rPr>
          <w:sz w:val="20"/>
        </w:rPr>
        <w:t>☐ Check appetite and droppings</w:t>
      </w:r>
    </w:p>
    <w:p>
      <w:pPr>
        <w:spacing w:after="20"/>
      </w:pPr>
      <w:r>
        <w:rPr>
          <w:sz w:val="20"/>
        </w:rPr>
        <w:t>☐ Provide exercise and enrichment</w:t>
      </w:r>
    </w:p>
    <w:p>
      <w:pPr>
        <w:spacing w:after="20"/>
      </w:pPr>
      <w:r>
        <w:rPr>
          <w:sz w:val="20"/>
        </w:rPr>
        <w:t>☐ Provide spacious housing and hiding areas</w:t>
      </w:r>
    </w:p>
    <w:p>
      <w:pPr>
        <w:spacing w:after="20"/>
      </w:pPr>
      <w:r>
        <w:rPr>
          <w:sz w:val="20"/>
        </w:rPr>
        <w:t>☐ Keep habitat clean</w:t>
      </w:r>
    </w:p>
    <w:p>
      <w:pPr>
        <w:spacing w:after="20"/>
      </w:pPr>
      <w:r>
        <w:rPr>
          <w:sz w:val="20"/>
        </w:rPr>
        <w:t>☐ Protect electrical cords and unsafe materials</w:t>
      </w:r>
    </w:p>
    <w:p>
      <w:pPr>
        <w:spacing w:after="20"/>
      </w:pPr>
      <w:r>
        <w:rPr>
          <w:sz w:val="20"/>
        </w:rPr>
        <w:t>☐ Monitor teeth, nails, coat and weight</w:t>
      </w:r>
    </w:p>
    <w:p>
      <w:pPr>
        <w:spacing w:after="20"/>
      </w:pPr>
      <w:r>
        <w:rPr>
          <w:sz w:val="20"/>
        </w:rPr>
        <w:t>☐ Schedule veterinary care</w:t>
      </w:r>
    </w:p>
    <w:p>
      <w:pPr>
        <w:spacing w:after="20"/>
      </w:pPr>
      <w:r>
        <w:rPr>
          <w:sz w:val="20"/>
        </w:rPr>
        <w:t>☐ Have an emergency-care plan</w:t>
      </w:r>
    </w:p>
    <w:p>
      <w:pPr>
        <w:pStyle w:val="Heading1"/>
      </w:pPr>
      <w:r>
        <w:t>🐹 Hamster Care</w:t>
      </w:r>
    </w:p>
    <w:p>
      <w:pPr>
        <w:spacing w:after="20"/>
      </w:pPr>
      <w:r>
        <w:rPr>
          <w:sz w:val="20"/>
        </w:rPr>
        <w:t>☐ Provide fresh water</w:t>
      </w:r>
    </w:p>
    <w:p>
      <w:pPr>
        <w:spacing w:after="20"/>
      </w:pPr>
      <w:r>
        <w:rPr>
          <w:sz w:val="20"/>
        </w:rPr>
        <w:t>☐ Provide appropriate food</w:t>
      </w:r>
    </w:p>
    <w:p>
      <w:pPr>
        <w:spacing w:after="20"/>
      </w:pPr>
      <w:r>
        <w:rPr>
          <w:sz w:val="20"/>
        </w:rPr>
        <w:t>☐ Check food, water and behavior</w:t>
      </w:r>
    </w:p>
    <w:p>
      <w:pPr>
        <w:spacing w:after="20"/>
      </w:pPr>
      <w:r>
        <w:rPr>
          <w:sz w:val="20"/>
        </w:rPr>
        <w:t>☐ Provide enrichment</w:t>
      </w:r>
    </w:p>
    <w:p>
      <w:pPr>
        <w:spacing w:after="20"/>
      </w:pPr>
      <w:r>
        <w:rPr>
          <w:sz w:val="20"/>
        </w:rPr>
        <w:t>☐ Provide appropriate exercise</w:t>
      </w:r>
    </w:p>
    <w:p>
      <w:pPr>
        <w:spacing w:after="20"/>
      </w:pPr>
      <w:r>
        <w:rPr>
          <w:sz w:val="20"/>
        </w:rPr>
        <w:t>☐ Provide an appropriately sized enclosure</w:t>
      </w:r>
    </w:p>
    <w:p>
      <w:pPr>
        <w:spacing w:after="20"/>
      </w:pPr>
      <w:r>
        <w:rPr>
          <w:sz w:val="20"/>
        </w:rPr>
        <w:t>☐ Provide deep safe bedding for burrowing</w:t>
      </w:r>
    </w:p>
    <w:p>
      <w:pPr>
        <w:spacing w:after="20"/>
      </w:pPr>
      <w:r>
        <w:rPr>
          <w:sz w:val="20"/>
        </w:rPr>
        <w:t>☐ Provide hiding areas</w:t>
      </w:r>
    </w:p>
    <w:p>
      <w:pPr>
        <w:spacing w:after="20"/>
      </w:pPr>
      <w:r>
        <w:rPr>
          <w:sz w:val="20"/>
        </w:rPr>
        <w:t>☐ Provide a correctly sized exercise wheel</w:t>
      </w:r>
    </w:p>
    <w:p>
      <w:pPr>
        <w:spacing w:after="20"/>
      </w:pPr>
      <w:r>
        <w:rPr>
          <w:sz w:val="20"/>
        </w:rPr>
        <w:t>☐ Ensure adequate ventilation</w:t>
      </w:r>
    </w:p>
    <w:p>
      <w:pPr>
        <w:spacing w:after="20"/>
      </w:pPr>
      <w:r>
        <w:rPr>
          <w:sz w:val="20"/>
        </w:rPr>
        <w:t>☐ Remove unsafe materials</w:t>
      </w:r>
    </w:p>
    <w:p>
      <w:pPr>
        <w:spacing w:after="20"/>
      </w:pPr>
      <w:r>
        <w:rPr>
          <w:sz w:val="20"/>
        </w:rPr>
        <w:t>☐ Remove soiled bedding as needed</w:t>
      </w:r>
    </w:p>
    <w:p>
      <w:pPr>
        <w:spacing w:after="20"/>
      </w:pPr>
      <w:r>
        <w:rPr>
          <w:sz w:val="20"/>
        </w:rPr>
        <w:t>☐ Monitor weight, coat, eyes and nose</w:t>
      </w:r>
    </w:p>
    <w:p>
      <w:pPr>
        <w:spacing w:after="20"/>
      </w:pPr>
      <w:r>
        <w:rPr>
          <w:sz w:val="20"/>
        </w:rPr>
        <w:t>☐ Locate a veterinarian experienced with small mammals</w:t>
      </w:r>
    </w:p>
    <w:p>
      <w:pPr>
        <w:pStyle w:val="Heading1"/>
      </w:pPr>
      <w:r>
        <w:t>🐹 Guinea Pig Care</w:t>
      </w:r>
    </w:p>
    <w:p>
      <w:pPr>
        <w:spacing w:after="20"/>
      </w:pPr>
      <w:r>
        <w:rPr>
          <w:sz w:val="20"/>
        </w:rPr>
        <w:t>☐ Provide unlimited appropriate hay</w:t>
      </w:r>
    </w:p>
    <w:p>
      <w:pPr>
        <w:spacing w:after="20"/>
      </w:pPr>
      <w:r>
        <w:rPr>
          <w:sz w:val="20"/>
        </w:rPr>
        <w:t>☐ Provide fresh water</w:t>
      </w:r>
    </w:p>
    <w:p>
      <w:pPr>
        <w:spacing w:after="20"/>
      </w:pPr>
      <w:r>
        <w:rPr>
          <w:sz w:val="20"/>
        </w:rPr>
        <w:t>☐ Provide species-appropriate food</w:t>
      </w:r>
    </w:p>
    <w:p>
      <w:pPr>
        <w:spacing w:after="20"/>
      </w:pPr>
      <w:r>
        <w:rPr>
          <w:sz w:val="20"/>
        </w:rPr>
        <w:t>☐ Provide an appropriate vitamin C source</w:t>
      </w:r>
    </w:p>
    <w:p>
      <w:pPr>
        <w:spacing w:after="20"/>
      </w:pPr>
      <w:r>
        <w:rPr>
          <w:sz w:val="20"/>
        </w:rPr>
        <w:t>☐ Check appetite and droppings</w:t>
      </w:r>
    </w:p>
    <w:p>
      <w:pPr>
        <w:spacing w:after="20"/>
      </w:pPr>
      <w:r>
        <w:rPr>
          <w:sz w:val="20"/>
        </w:rPr>
        <w:t>☐ Provide adequate floor space</w:t>
      </w:r>
    </w:p>
    <w:p>
      <w:pPr>
        <w:spacing w:after="20"/>
      </w:pPr>
      <w:r>
        <w:rPr>
          <w:sz w:val="20"/>
        </w:rPr>
        <w:t>☐ Provide hiding places</w:t>
      </w:r>
    </w:p>
    <w:p>
      <w:pPr>
        <w:spacing w:after="20"/>
      </w:pPr>
      <w:r>
        <w:rPr>
          <w:sz w:val="20"/>
        </w:rPr>
        <w:t>☐ Use appropriate bedding</w:t>
      </w:r>
    </w:p>
    <w:p>
      <w:pPr>
        <w:spacing w:after="20"/>
      </w:pPr>
      <w:r>
        <w:rPr>
          <w:sz w:val="20"/>
        </w:rPr>
        <w:t>☐ Keep habitat clean</w:t>
      </w:r>
    </w:p>
    <w:p>
      <w:pPr>
        <w:spacing w:after="20"/>
      </w:pPr>
      <w:r>
        <w:rPr>
          <w:sz w:val="20"/>
        </w:rPr>
        <w:t>☐ Provide compatible social companionship</w:t>
      </w:r>
    </w:p>
    <w:p>
      <w:pPr>
        <w:spacing w:after="20"/>
      </w:pPr>
      <w:r>
        <w:rPr>
          <w:sz w:val="20"/>
        </w:rPr>
        <w:t>☐ Monitor teeth, nails, coat and weight</w:t>
      </w:r>
    </w:p>
    <w:p>
      <w:pPr>
        <w:spacing w:after="20"/>
      </w:pPr>
      <w:r>
        <w:rPr>
          <w:sz w:val="20"/>
        </w:rPr>
        <w:t>☐ Schedule veterinary care</w:t>
      </w:r>
    </w:p>
    <w:p>
      <w:pPr>
        <w:pStyle w:val="Heading1"/>
      </w:pPr>
      <w:r>
        <w:t>🐀 Rat Care</w:t>
      </w:r>
    </w:p>
    <w:p>
      <w:pPr>
        <w:spacing w:after="20"/>
      </w:pPr>
      <w:r>
        <w:rPr>
          <w:sz w:val="20"/>
        </w:rPr>
        <w:t>☐ Provide fresh water</w:t>
      </w:r>
    </w:p>
    <w:p>
      <w:pPr>
        <w:spacing w:after="20"/>
      </w:pPr>
      <w:r>
        <w:rPr>
          <w:sz w:val="20"/>
        </w:rPr>
        <w:t>☐ Provide balanced rat food</w:t>
      </w:r>
    </w:p>
    <w:p>
      <w:pPr>
        <w:spacing w:after="20"/>
      </w:pPr>
      <w:r>
        <w:rPr>
          <w:sz w:val="20"/>
        </w:rPr>
        <w:t>☐ Check food, water and behavior</w:t>
      </w:r>
    </w:p>
    <w:p>
      <w:pPr>
        <w:spacing w:after="20"/>
      </w:pPr>
      <w:r>
        <w:rPr>
          <w:sz w:val="20"/>
        </w:rPr>
        <w:t>☐ Provide enrichment and social interaction</w:t>
      </w:r>
    </w:p>
    <w:p>
      <w:pPr>
        <w:spacing w:after="20"/>
      </w:pPr>
      <w:r>
        <w:rPr>
          <w:sz w:val="20"/>
        </w:rPr>
        <w:t>☐ Provide safe supervised exercise</w:t>
      </w:r>
    </w:p>
    <w:p>
      <w:pPr>
        <w:spacing w:after="20"/>
      </w:pPr>
      <w:r>
        <w:rPr>
          <w:sz w:val="20"/>
        </w:rPr>
        <w:t>☐ Provide a large secure enclosure</w:t>
      </w:r>
    </w:p>
    <w:p>
      <w:pPr>
        <w:spacing w:after="20"/>
      </w:pPr>
      <w:r>
        <w:rPr>
          <w:sz w:val="20"/>
        </w:rPr>
        <w:t>☐ Provide appropriate ventilation and bedding</w:t>
      </w:r>
    </w:p>
    <w:p>
      <w:pPr>
        <w:spacing w:after="20"/>
      </w:pPr>
      <w:r>
        <w:rPr>
          <w:sz w:val="20"/>
        </w:rPr>
        <w:t>☐ Provide hiding and climbing opportunities</w:t>
      </w:r>
    </w:p>
    <w:p>
      <w:pPr>
        <w:spacing w:after="20"/>
      </w:pPr>
      <w:r>
        <w:rPr>
          <w:sz w:val="20"/>
        </w:rPr>
        <w:t>☐ Introduce unfamiliar rats carefully</w:t>
      </w:r>
    </w:p>
    <w:p>
      <w:pPr>
        <w:spacing w:after="20"/>
      </w:pPr>
      <w:r>
        <w:rPr>
          <w:sz w:val="20"/>
        </w:rPr>
        <w:t>☐ Monitor breathing, skin, coat and weight</w:t>
      </w:r>
    </w:p>
    <w:p>
      <w:pPr>
        <w:spacing w:after="20"/>
      </w:pPr>
      <w:r>
        <w:rPr>
          <w:sz w:val="20"/>
        </w:rPr>
        <w:t>☐ Locate a veterinarian experienced with rats</w:t>
      </w:r>
    </w:p>
    <w:p>
      <w:pPr>
        <w:pStyle w:val="Heading1"/>
      </w:pPr>
      <w:r>
        <w:t>🐭 Mouse Care</w:t>
      </w:r>
    </w:p>
    <w:p>
      <w:pPr>
        <w:spacing w:after="20"/>
      </w:pPr>
      <w:r>
        <w:rPr>
          <w:sz w:val="20"/>
        </w:rPr>
        <w:t>☐ Provide fresh water</w:t>
      </w:r>
    </w:p>
    <w:p>
      <w:pPr>
        <w:spacing w:after="20"/>
      </w:pPr>
      <w:r>
        <w:rPr>
          <w:sz w:val="20"/>
        </w:rPr>
        <w:t>☐ Provide balanced mouse food</w:t>
      </w:r>
    </w:p>
    <w:p>
      <w:pPr>
        <w:spacing w:after="20"/>
      </w:pPr>
      <w:r>
        <w:rPr>
          <w:sz w:val="20"/>
        </w:rPr>
        <w:t>☐ Provide appropriate housing and bedding</w:t>
      </w:r>
    </w:p>
    <w:p>
      <w:pPr>
        <w:spacing w:after="20"/>
      </w:pPr>
      <w:r>
        <w:rPr>
          <w:sz w:val="20"/>
        </w:rPr>
        <w:t>☐ Provide hiding places and enrichment</w:t>
      </w:r>
    </w:p>
    <w:p>
      <w:pPr>
        <w:spacing w:after="20"/>
      </w:pPr>
      <w:r>
        <w:rPr>
          <w:sz w:val="20"/>
        </w:rPr>
        <w:t>☐ Research appropriate social arrangements</w:t>
      </w:r>
    </w:p>
    <w:p>
      <w:pPr>
        <w:spacing w:after="20"/>
      </w:pPr>
      <w:r>
        <w:rPr>
          <w:sz w:val="20"/>
        </w:rPr>
        <w:t>☐ Clean habitat regularly</w:t>
      </w:r>
    </w:p>
    <w:p>
      <w:pPr>
        <w:spacing w:after="20"/>
      </w:pPr>
      <w:r>
        <w:rPr>
          <w:sz w:val="20"/>
        </w:rPr>
        <w:t>☐ Monitor weight, coat and skin</w:t>
      </w:r>
    </w:p>
    <w:p>
      <w:pPr>
        <w:spacing w:after="20"/>
      </w:pPr>
      <w:r>
        <w:rPr>
          <w:sz w:val="20"/>
        </w:rPr>
        <w:t>☐ Observe eating and drinking</w:t>
      </w:r>
    </w:p>
    <w:p>
      <w:pPr>
        <w:spacing w:after="20"/>
      </w:pPr>
      <w:r>
        <w:rPr>
          <w:sz w:val="20"/>
        </w:rPr>
        <w:t>☐ Locate a small-mammal veterinarian</w:t>
      </w:r>
    </w:p>
    <w:p>
      <w:pPr>
        <w:pStyle w:val="Heading1"/>
      </w:pPr>
      <w:r>
        <w:t>🐿️ Gerbil Care</w:t>
      </w:r>
    </w:p>
    <w:p>
      <w:pPr>
        <w:spacing w:after="20"/>
      </w:pPr>
      <w:r>
        <w:rPr>
          <w:sz w:val="20"/>
        </w:rPr>
        <w:t>☐ Provide fresh water</w:t>
      </w:r>
    </w:p>
    <w:p>
      <w:pPr>
        <w:spacing w:after="20"/>
      </w:pPr>
      <w:r>
        <w:rPr>
          <w:sz w:val="20"/>
        </w:rPr>
        <w:t>☐ Provide balanced gerbil food</w:t>
      </w:r>
    </w:p>
    <w:p>
      <w:pPr>
        <w:spacing w:after="20"/>
      </w:pPr>
      <w:r>
        <w:rPr>
          <w:sz w:val="20"/>
        </w:rPr>
        <w:t>☐ Provide deep safe digging substrate</w:t>
      </w:r>
    </w:p>
    <w:p>
      <w:pPr>
        <w:spacing w:after="20"/>
      </w:pPr>
      <w:r>
        <w:rPr>
          <w:sz w:val="20"/>
        </w:rPr>
        <w:t>☐ Provide hiding areas and tunnels</w:t>
      </w:r>
    </w:p>
    <w:p>
      <w:pPr>
        <w:spacing w:after="20"/>
      </w:pPr>
      <w:r>
        <w:rPr>
          <w:sz w:val="20"/>
        </w:rPr>
        <w:t>☐ Provide appropriate social companionship</w:t>
      </w:r>
    </w:p>
    <w:p>
      <w:pPr>
        <w:spacing w:after="20"/>
      </w:pPr>
      <w:r>
        <w:rPr>
          <w:sz w:val="20"/>
        </w:rPr>
        <w:t>☐ Clean habitat appropriately</w:t>
      </w:r>
    </w:p>
    <w:p>
      <w:pPr>
        <w:spacing w:after="20"/>
      </w:pPr>
      <w:r>
        <w:rPr>
          <w:sz w:val="20"/>
        </w:rPr>
        <w:t>☐ Monitor weight, coat and behavior</w:t>
      </w:r>
    </w:p>
    <w:p>
      <w:pPr>
        <w:spacing w:after="20"/>
      </w:pPr>
      <w:r>
        <w:rPr>
          <w:sz w:val="20"/>
        </w:rPr>
        <w:t>☐ Provide enrichment</w:t>
      </w:r>
    </w:p>
    <w:p>
      <w:pPr>
        <w:spacing w:after="20"/>
      </w:pPr>
      <w:r>
        <w:rPr>
          <w:sz w:val="20"/>
        </w:rPr>
        <w:t>☐ Locate an experienced small-mammal veterinarian</w:t>
      </w:r>
    </w:p>
    <w:p>
      <w:pPr>
        <w:pStyle w:val="Heading1"/>
      </w:pPr>
      <w:r>
        <w:t>🐭 Chinchilla Care</w:t>
      </w:r>
    </w:p>
    <w:p>
      <w:pPr>
        <w:spacing w:after="20"/>
      </w:pPr>
      <w:r>
        <w:rPr>
          <w:sz w:val="20"/>
        </w:rPr>
        <w:t>☐ Provide fresh water</w:t>
      </w:r>
    </w:p>
    <w:p>
      <w:pPr>
        <w:spacing w:after="20"/>
      </w:pPr>
      <w:r>
        <w:rPr>
          <w:sz w:val="20"/>
        </w:rPr>
        <w:t>☐ Provide species-appropriate high-fiber food</w:t>
      </w:r>
    </w:p>
    <w:p>
      <w:pPr>
        <w:spacing w:after="20"/>
      </w:pPr>
      <w:r>
        <w:rPr>
          <w:sz w:val="20"/>
        </w:rPr>
        <w:t>☐ Provide appropriate hay</w:t>
      </w:r>
    </w:p>
    <w:p>
      <w:pPr>
        <w:spacing w:after="20"/>
      </w:pPr>
      <w:r>
        <w:rPr>
          <w:sz w:val="20"/>
        </w:rPr>
        <w:t>☐ Provide a secure enclosure</w:t>
      </w:r>
    </w:p>
    <w:p>
      <w:pPr>
        <w:spacing w:after="20"/>
      </w:pPr>
      <w:r>
        <w:rPr>
          <w:sz w:val="20"/>
        </w:rPr>
        <w:t>☐ Provide platforms and enrichment</w:t>
      </w:r>
    </w:p>
    <w:p>
      <w:pPr>
        <w:spacing w:after="20"/>
      </w:pPr>
      <w:r>
        <w:rPr>
          <w:sz w:val="20"/>
        </w:rPr>
        <w:t>☐ Provide appropriate dust-bathing opportunities</w:t>
      </w:r>
    </w:p>
    <w:p>
      <w:pPr>
        <w:spacing w:after="20"/>
      </w:pPr>
      <w:r>
        <w:rPr>
          <w:sz w:val="20"/>
        </w:rPr>
        <w:t>☐ Keep environment comfortably cool</w:t>
      </w:r>
    </w:p>
    <w:p>
      <w:pPr>
        <w:spacing w:after="20"/>
      </w:pPr>
      <w:r>
        <w:rPr>
          <w:sz w:val="20"/>
        </w:rPr>
        <w:t>☐ Avoid excessive heat</w:t>
      </w:r>
    </w:p>
    <w:p>
      <w:pPr>
        <w:spacing w:after="20"/>
      </w:pPr>
      <w:r>
        <w:rPr>
          <w:sz w:val="20"/>
        </w:rPr>
        <w:t>☐ Provide safe exercise</w:t>
      </w:r>
    </w:p>
    <w:p>
      <w:pPr>
        <w:spacing w:after="20"/>
      </w:pPr>
      <w:r>
        <w:rPr>
          <w:sz w:val="20"/>
        </w:rPr>
        <w:t>☐ Monitor teeth, coat and weight</w:t>
      </w:r>
    </w:p>
    <w:p>
      <w:pPr>
        <w:spacing w:after="20"/>
      </w:pPr>
      <w:r>
        <w:rPr>
          <w:sz w:val="20"/>
        </w:rPr>
        <w:t>☐ Provide appropriate social companionship where suitable</w:t>
      </w:r>
    </w:p>
    <w:p>
      <w:pPr>
        <w:spacing w:after="20"/>
      </w:pPr>
      <w:r>
        <w:rPr>
          <w:sz w:val="20"/>
        </w:rPr>
        <w:t>☐ Locate an exotic/small-mammal veterinarian</w:t>
      </w:r>
    </w:p>
    <w:p>
      <w:pPr>
        <w:pStyle w:val="Heading1"/>
      </w:pPr>
      <w:r>
        <w:t>🦔 Hedgehog Care</w:t>
      </w:r>
    </w:p>
    <w:p>
      <w:pPr>
        <w:spacing w:after="20"/>
      </w:pPr>
      <w:r>
        <w:rPr>
          <w:sz w:val="20"/>
        </w:rPr>
        <w:t>☐ Provide fresh water</w:t>
      </w:r>
    </w:p>
    <w:p>
      <w:pPr>
        <w:spacing w:after="20"/>
      </w:pPr>
      <w:r>
        <w:rPr>
          <w:sz w:val="20"/>
        </w:rPr>
        <w:t>☐ Provide appropriate diet</w:t>
      </w:r>
    </w:p>
    <w:p>
      <w:pPr>
        <w:spacing w:after="20"/>
      </w:pPr>
      <w:r>
        <w:rPr>
          <w:sz w:val="20"/>
        </w:rPr>
        <w:t>☐ Provide secure housing and suitable bedding</w:t>
      </w:r>
    </w:p>
    <w:p>
      <w:pPr>
        <w:spacing w:after="20"/>
      </w:pPr>
      <w:r>
        <w:rPr>
          <w:sz w:val="20"/>
        </w:rPr>
        <w:t>☐ Provide hiding space and exercise</w:t>
      </w:r>
    </w:p>
    <w:p>
      <w:pPr>
        <w:spacing w:after="20"/>
      </w:pPr>
      <w:r>
        <w:rPr>
          <w:sz w:val="20"/>
        </w:rPr>
        <w:t>☐ Provide enrichment</w:t>
      </w:r>
    </w:p>
    <w:p>
      <w:pPr>
        <w:spacing w:after="20"/>
      </w:pPr>
      <w:r>
        <w:rPr>
          <w:sz w:val="20"/>
        </w:rPr>
        <w:t>☐ Maintain appropriate temperature</w:t>
      </w:r>
    </w:p>
    <w:p>
      <w:pPr>
        <w:spacing w:after="20"/>
      </w:pPr>
      <w:r>
        <w:rPr>
          <w:sz w:val="20"/>
        </w:rPr>
        <w:t>☐ Handle gently</w:t>
      </w:r>
    </w:p>
    <w:p>
      <w:pPr>
        <w:spacing w:after="20"/>
      </w:pPr>
      <w:r>
        <w:rPr>
          <w:sz w:val="20"/>
        </w:rPr>
        <w:t>☐ Monitor weight, skin and feet</w:t>
      </w:r>
    </w:p>
    <w:p>
      <w:pPr>
        <w:spacing w:after="20"/>
      </w:pPr>
      <w:r>
        <w:rPr>
          <w:sz w:val="20"/>
        </w:rPr>
        <w:t>☐ Observe eating and activity</w:t>
      </w:r>
    </w:p>
    <w:p>
      <w:pPr>
        <w:spacing w:after="20"/>
      </w:pPr>
      <w:r>
        <w:rPr>
          <w:sz w:val="20"/>
        </w:rPr>
        <w:t>☐ Locate a veterinarian experienced with hedgehogs</w:t>
      </w:r>
    </w:p>
    <w:p>
      <w:pPr>
        <w:pStyle w:val="Heading1"/>
      </w:pPr>
      <w:r>
        <w:t>🦜 Bird Care</w:t>
      </w:r>
    </w:p>
    <w:p>
      <w:pPr>
        <w:spacing w:after="20"/>
      </w:pPr>
      <w:r>
        <w:rPr>
          <w:sz w:val="20"/>
        </w:rPr>
        <w:t>☐ Provide fresh water</w:t>
      </w:r>
    </w:p>
    <w:p>
      <w:pPr>
        <w:spacing w:after="20"/>
      </w:pPr>
      <w:r>
        <w:rPr>
          <w:sz w:val="20"/>
        </w:rPr>
        <w:t>☐ Provide species-appropriate food</w:t>
      </w:r>
    </w:p>
    <w:p>
      <w:pPr>
        <w:spacing w:after="20"/>
      </w:pPr>
      <w:r>
        <w:rPr>
          <w:sz w:val="20"/>
        </w:rPr>
        <w:t>☐ Clean food and water dishes</w:t>
      </w:r>
    </w:p>
    <w:p>
      <w:pPr>
        <w:spacing w:after="20"/>
      </w:pPr>
      <w:r>
        <w:rPr>
          <w:sz w:val="20"/>
        </w:rPr>
        <w:t>☐ Provide social interaction and mental stimulation</w:t>
      </w:r>
    </w:p>
    <w:p>
      <w:pPr>
        <w:spacing w:after="20"/>
      </w:pPr>
      <w:r>
        <w:rPr>
          <w:sz w:val="20"/>
        </w:rPr>
        <w:t>☐ Provide safe exercise/out-of-cage time where appropriate</w:t>
      </w:r>
    </w:p>
    <w:p>
      <w:pPr>
        <w:spacing w:after="20"/>
      </w:pPr>
      <w:r>
        <w:rPr>
          <w:sz w:val="20"/>
        </w:rPr>
        <w:t>☐ Provide an appropriately sized cage</w:t>
      </w:r>
    </w:p>
    <w:p>
      <w:pPr>
        <w:spacing w:after="20"/>
      </w:pPr>
      <w:r>
        <w:rPr>
          <w:sz w:val="20"/>
        </w:rPr>
        <w:t>☐ Use safe perches</w:t>
      </w:r>
    </w:p>
    <w:p>
      <w:pPr>
        <w:spacing w:after="20"/>
      </w:pPr>
      <w:r>
        <w:rPr>
          <w:sz w:val="20"/>
        </w:rPr>
        <w:t>☐ Provide toys and enrichment</w:t>
      </w:r>
    </w:p>
    <w:p>
      <w:pPr>
        <w:spacing w:after="20"/>
      </w:pPr>
      <w:r>
        <w:rPr>
          <w:sz w:val="20"/>
        </w:rPr>
        <w:t>☐ Keep cage clean</w:t>
      </w:r>
    </w:p>
    <w:p>
      <w:pPr>
        <w:spacing w:after="20"/>
      </w:pPr>
      <w:r>
        <w:rPr>
          <w:sz w:val="20"/>
        </w:rPr>
        <w:t>☐ Avoid toxic materials and dangerous fumes</w:t>
      </w:r>
    </w:p>
    <w:p>
      <w:pPr>
        <w:spacing w:after="20"/>
      </w:pPr>
      <w:r>
        <w:rPr>
          <w:sz w:val="20"/>
        </w:rPr>
        <w:t>☐ Schedule avian veterinary examinations</w:t>
      </w:r>
    </w:p>
    <w:p>
      <w:pPr>
        <w:spacing w:after="20"/>
      </w:pPr>
      <w:r>
        <w:rPr>
          <w:sz w:val="20"/>
        </w:rPr>
        <w:t>☐ Monitor weight, feathers, breathing and feet</w:t>
      </w:r>
    </w:p>
    <w:p>
      <w:pPr>
        <w:pStyle w:val="Heading1"/>
      </w:pPr>
      <w:r>
        <w:t>🐠 Fish Care</w:t>
      </w:r>
    </w:p>
    <w:p>
      <w:pPr>
        <w:spacing w:after="20"/>
      </w:pPr>
      <w:r>
        <w:rPr>
          <w:sz w:val="20"/>
        </w:rPr>
        <w:t>☐ Check water temperature</w:t>
      </w:r>
    </w:p>
    <w:p>
      <w:pPr>
        <w:spacing w:after="20"/>
      </w:pPr>
      <w:r>
        <w:rPr>
          <w:sz w:val="20"/>
        </w:rPr>
        <w:t>☐ Observe fish behavior</w:t>
      </w:r>
    </w:p>
    <w:p>
      <w:pPr>
        <w:spacing w:after="20"/>
      </w:pPr>
      <w:r>
        <w:rPr>
          <w:sz w:val="20"/>
        </w:rPr>
        <w:t>☐ Check for signs of illness</w:t>
      </w:r>
    </w:p>
    <w:p>
      <w:pPr>
        <w:spacing w:after="20"/>
      </w:pPr>
      <w:r>
        <w:rPr>
          <w:sz w:val="20"/>
        </w:rPr>
        <w:t>☐ Feed the correct amount</w:t>
      </w:r>
    </w:p>
    <w:p>
      <w:pPr>
        <w:spacing w:after="20"/>
      </w:pPr>
      <w:r>
        <w:rPr>
          <w:sz w:val="20"/>
        </w:rPr>
        <w:t>☐ Check filtration and equipment</w:t>
      </w:r>
    </w:p>
    <w:p>
      <w:pPr>
        <w:spacing w:after="20"/>
      </w:pPr>
      <w:r>
        <w:rPr>
          <w:sz w:val="20"/>
        </w:rPr>
        <w:t>☐ Maintain appropriate tank size</w:t>
      </w:r>
    </w:p>
    <w:p>
      <w:pPr>
        <w:spacing w:after="20"/>
      </w:pPr>
      <w:r>
        <w:rPr>
          <w:sz w:val="20"/>
        </w:rPr>
        <w:t>☐ Use suitable filtration</w:t>
      </w:r>
    </w:p>
    <w:p>
      <w:pPr>
        <w:spacing w:after="20"/>
      </w:pPr>
      <w:r>
        <w:rPr>
          <w:sz w:val="20"/>
        </w:rPr>
        <w:t>☐ Test water parameters regularly</w:t>
      </w:r>
    </w:p>
    <w:p>
      <w:pPr>
        <w:spacing w:after="20"/>
      </w:pPr>
      <w:r>
        <w:rPr>
          <w:sz w:val="20"/>
        </w:rPr>
        <w:t>☐ Perform appropriate water changes</w:t>
      </w:r>
    </w:p>
    <w:p>
      <w:pPr>
        <w:spacing w:after="20"/>
      </w:pPr>
      <w:r>
        <w:rPr>
          <w:sz w:val="20"/>
        </w:rPr>
        <w:t>☐ Clean algae when necessary</w:t>
      </w:r>
    </w:p>
    <w:p>
      <w:pPr>
        <w:spacing w:after="20"/>
      </w:pPr>
      <w:r>
        <w:rPr>
          <w:sz w:val="20"/>
        </w:rPr>
        <w:t>☐ Remove uneaten food</w:t>
      </w:r>
    </w:p>
    <w:p>
      <w:pPr>
        <w:spacing w:after="20"/>
      </w:pPr>
      <w:r>
        <w:rPr>
          <w:sz w:val="20"/>
        </w:rPr>
        <w:t>☐ Avoid overcrowding</w:t>
      </w:r>
    </w:p>
    <w:p>
      <w:pPr>
        <w:spacing w:after="20"/>
      </w:pPr>
      <w:r>
        <w:rPr>
          <w:sz w:val="20"/>
        </w:rPr>
        <w:t>☐ Research species compatibility</w:t>
      </w:r>
    </w:p>
    <w:p>
      <w:pPr>
        <w:pStyle w:val="Heading1"/>
      </w:pPr>
      <w:r>
        <w:t>🐢 Turtle Care</w:t>
      </w:r>
    </w:p>
    <w:p>
      <w:pPr>
        <w:spacing w:after="20"/>
      </w:pPr>
      <w:r>
        <w:rPr>
          <w:sz w:val="20"/>
        </w:rPr>
        <w:t>☐ Provide species-appropriate enclosure</w:t>
      </w:r>
    </w:p>
    <w:p>
      <w:pPr>
        <w:spacing w:after="20"/>
      </w:pPr>
      <w:r>
        <w:rPr>
          <w:sz w:val="20"/>
        </w:rPr>
        <w:t>☐ Provide adequate swimming/land area as required</w:t>
      </w:r>
    </w:p>
    <w:p>
      <w:pPr>
        <w:spacing w:after="20"/>
      </w:pPr>
      <w:r>
        <w:rPr>
          <w:sz w:val="20"/>
        </w:rPr>
        <w:t>☐ Provide appropriate basking area</w:t>
      </w:r>
    </w:p>
    <w:p>
      <w:pPr>
        <w:spacing w:after="20"/>
      </w:pPr>
      <w:r>
        <w:rPr>
          <w:sz w:val="20"/>
        </w:rPr>
        <w:t>☐ Provide UVB lighting where required</w:t>
      </w:r>
    </w:p>
    <w:p>
      <w:pPr>
        <w:spacing w:after="20"/>
      </w:pPr>
      <w:r>
        <w:rPr>
          <w:sz w:val="20"/>
        </w:rPr>
        <w:t>☐ Maintain temperature</w:t>
      </w:r>
    </w:p>
    <w:p>
      <w:pPr>
        <w:spacing w:after="20"/>
      </w:pPr>
      <w:r>
        <w:rPr>
          <w:sz w:val="20"/>
        </w:rPr>
        <w:t>☐ Maintain humidity where required</w:t>
      </w:r>
    </w:p>
    <w:p>
      <w:pPr>
        <w:spacing w:after="20"/>
      </w:pPr>
      <w:r>
        <w:rPr>
          <w:sz w:val="20"/>
        </w:rPr>
        <w:t>☐ Provide species-specific nutrition</w:t>
      </w:r>
    </w:p>
    <w:p>
      <w:pPr>
        <w:spacing w:after="20"/>
      </w:pPr>
      <w:r>
        <w:rPr>
          <w:sz w:val="20"/>
        </w:rPr>
        <w:t>☐ Maintain clean water</w:t>
      </w:r>
    </w:p>
    <w:p>
      <w:pPr>
        <w:spacing w:after="20"/>
      </w:pPr>
      <w:r>
        <w:rPr>
          <w:sz w:val="20"/>
        </w:rPr>
        <w:t>☐ Use appropriate filtration</w:t>
      </w:r>
    </w:p>
    <w:p>
      <w:pPr>
        <w:spacing w:after="20"/>
      </w:pPr>
      <w:r>
        <w:rPr>
          <w:sz w:val="20"/>
        </w:rPr>
        <w:t>☐ Monitor shell condition, appetite and activity</w:t>
      </w:r>
    </w:p>
    <w:p>
      <w:pPr>
        <w:spacing w:after="20"/>
      </w:pPr>
      <w:r>
        <w:rPr>
          <w:sz w:val="20"/>
        </w:rPr>
        <w:t>☐ Schedule reptile/exotic veterinary care</w:t>
      </w:r>
    </w:p>
    <w:p>
      <w:pPr>
        <w:pStyle w:val="Heading1"/>
      </w:pPr>
      <w:r>
        <w:t>🦎 Lizard Care</w:t>
      </w:r>
    </w:p>
    <w:p>
      <w:pPr>
        <w:spacing w:after="20"/>
      </w:pPr>
      <w:r>
        <w:rPr>
          <w:sz w:val="20"/>
        </w:rPr>
        <w:t>☐ Research exact species requirements</w:t>
      </w:r>
    </w:p>
    <w:p>
      <w:pPr>
        <w:spacing w:after="20"/>
      </w:pPr>
      <w:r>
        <w:rPr>
          <w:sz w:val="20"/>
        </w:rPr>
        <w:t>☐ Provide correct enclosure size</w:t>
      </w:r>
    </w:p>
    <w:p>
      <w:pPr>
        <w:spacing w:after="20"/>
      </w:pPr>
      <w:r>
        <w:rPr>
          <w:sz w:val="20"/>
        </w:rPr>
        <w:t>☐ Maintain temperature gradient</w:t>
      </w:r>
    </w:p>
    <w:p>
      <w:pPr>
        <w:spacing w:after="20"/>
      </w:pPr>
      <w:r>
        <w:rPr>
          <w:sz w:val="20"/>
        </w:rPr>
        <w:t>☐ Maintain appropriate humidity</w:t>
      </w:r>
    </w:p>
    <w:p>
      <w:pPr>
        <w:spacing w:after="20"/>
      </w:pPr>
      <w:r>
        <w:rPr>
          <w:sz w:val="20"/>
        </w:rPr>
        <w:t>☐ Provide UVB lighting where required</w:t>
      </w:r>
    </w:p>
    <w:p>
      <w:pPr>
        <w:spacing w:after="20"/>
      </w:pPr>
      <w:r>
        <w:rPr>
          <w:sz w:val="20"/>
        </w:rPr>
        <w:t>☐ Provide hiding places</w:t>
      </w:r>
    </w:p>
    <w:p>
      <w:pPr>
        <w:spacing w:after="20"/>
      </w:pPr>
      <w:r>
        <w:rPr>
          <w:sz w:val="20"/>
        </w:rPr>
        <w:t>☐ Provide appropriate substrate</w:t>
      </w:r>
    </w:p>
    <w:p>
      <w:pPr>
        <w:spacing w:after="20"/>
      </w:pPr>
      <w:r>
        <w:rPr>
          <w:sz w:val="20"/>
        </w:rPr>
        <w:t>☐ Provide species-specific food</w:t>
      </w:r>
    </w:p>
    <w:p>
      <w:pPr>
        <w:spacing w:after="20"/>
      </w:pPr>
      <w:r>
        <w:rPr>
          <w:sz w:val="20"/>
        </w:rPr>
        <w:t>☐ Provide fresh water where required</w:t>
      </w:r>
    </w:p>
    <w:p>
      <w:pPr>
        <w:spacing w:after="20"/>
      </w:pPr>
      <w:r>
        <w:rPr>
          <w:sz w:val="20"/>
        </w:rPr>
        <w:t>☐ Provide supplements when recommended</w:t>
      </w:r>
    </w:p>
    <w:p>
      <w:pPr>
        <w:spacing w:after="20"/>
      </w:pPr>
      <w:r>
        <w:rPr>
          <w:sz w:val="20"/>
        </w:rPr>
        <w:t>☐ Monitor weight and shedding</w:t>
      </w:r>
    </w:p>
    <w:p>
      <w:pPr>
        <w:spacing w:after="20"/>
      </w:pPr>
      <w:r>
        <w:rPr>
          <w:sz w:val="20"/>
        </w:rPr>
        <w:t>☐ Schedule reptile veterinary care</w:t>
      </w:r>
    </w:p>
    <w:p>
      <w:pPr>
        <w:pStyle w:val="Heading1"/>
      </w:pPr>
      <w:r>
        <w:t>🐍 Snake Care</w:t>
      </w:r>
    </w:p>
    <w:p>
      <w:pPr>
        <w:spacing w:after="20"/>
      </w:pPr>
      <w:r>
        <w:rPr>
          <w:sz w:val="20"/>
        </w:rPr>
        <w:t>☐ Provide an escape-proof enclosure</w:t>
      </w:r>
    </w:p>
    <w:p>
      <w:pPr>
        <w:spacing w:after="20"/>
      </w:pPr>
      <w:r>
        <w:rPr>
          <w:sz w:val="20"/>
        </w:rPr>
        <w:t>☐ Provide appropriate enclosure size</w:t>
      </w:r>
    </w:p>
    <w:p>
      <w:pPr>
        <w:spacing w:after="20"/>
      </w:pPr>
      <w:r>
        <w:rPr>
          <w:sz w:val="20"/>
        </w:rPr>
        <w:t>☐ Maintain temperature gradient</w:t>
      </w:r>
    </w:p>
    <w:p>
      <w:pPr>
        <w:spacing w:after="20"/>
      </w:pPr>
      <w:r>
        <w:rPr>
          <w:sz w:val="20"/>
        </w:rPr>
        <w:t>☐ Maintain appropriate humidity</w:t>
      </w:r>
    </w:p>
    <w:p>
      <w:pPr>
        <w:spacing w:after="20"/>
      </w:pPr>
      <w:r>
        <w:rPr>
          <w:sz w:val="20"/>
        </w:rPr>
        <w:t>☐ Provide secure hiding places</w:t>
      </w:r>
    </w:p>
    <w:p>
      <w:pPr>
        <w:spacing w:after="20"/>
      </w:pPr>
      <w:r>
        <w:rPr>
          <w:sz w:val="20"/>
        </w:rPr>
        <w:t>☐ Provide appropriate substrate</w:t>
      </w:r>
    </w:p>
    <w:p>
      <w:pPr>
        <w:spacing w:after="20"/>
      </w:pPr>
      <w:r>
        <w:rPr>
          <w:sz w:val="20"/>
        </w:rPr>
        <w:t>☐ Provide fresh water</w:t>
      </w:r>
    </w:p>
    <w:p>
      <w:pPr>
        <w:spacing w:after="20"/>
      </w:pPr>
      <w:r>
        <w:rPr>
          <w:sz w:val="20"/>
        </w:rPr>
        <w:t>☐ Provide species-appropriate food</w:t>
      </w:r>
    </w:p>
    <w:p>
      <w:pPr>
        <w:spacing w:after="20"/>
      </w:pPr>
      <w:r>
        <w:rPr>
          <w:sz w:val="20"/>
        </w:rPr>
        <w:t>☐ Monitor feeding and shedding</w:t>
      </w:r>
    </w:p>
    <w:p>
      <w:pPr>
        <w:spacing w:after="20"/>
      </w:pPr>
      <w:r>
        <w:rPr>
          <w:sz w:val="20"/>
        </w:rPr>
        <w:t>☐ Monitor weight</w:t>
      </w:r>
    </w:p>
    <w:p>
      <w:pPr>
        <w:spacing w:after="20"/>
      </w:pPr>
      <w:r>
        <w:rPr>
          <w:sz w:val="20"/>
        </w:rPr>
        <w:t>☐ Clean enclosure appropriately</w:t>
      </w:r>
    </w:p>
    <w:p>
      <w:pPr>
        <w:spacing w:after="20"/>
      </w:pPr>
      <w:r>
        <w:rPr>
          <w:sz w:val="20"/>
        </w:rPr>
        <w:t>☐ Locate a reptile/exotic veterinarian</w:t>
      </w:r>
    </w:p>
    <w:p>
      <w:pPr>
        <w:pStyle w:val="Heading1"/>
      </w:pPr>
      <w:r>
        <w:t>🐸 Frog &amp; Amphibian Care</w:t>
      </w:r>
    </w:p>
    <w:p>
      <w:pPr>
        <w:spacing w:after="20"/>
      </w:pPr>
      <w:r>
        <w:rPr>
          <w:sz w:val="20"/>
        </w:rPr>
        <w:t>☐ Research exact species</w:t>
      </w:r>
    </w:p>
    <w:p>
      <w:pPr>
        <w:spacing w:after="20"/>
      </w:pPr>
      <w:r>
        <w:rPr>
          <w:sz w:val="20"/>
        </w:rPr>
        <w:t>☐ Provide appropriate enclosure</w:t>
      </w:r>
    </w:p>
    <w:p>
      <w:pPr>
        <w:spacing w:after="20"/>
      </w:pPr>
      <w:r>
        <w:rPr>
          <w:sz w:val="20"/>
        </w:rPr>
        <w:t>☐ Maintain correct temperature</w:t>
      </w:r>
    </w:p>
    <w:p>
      <w:pPr>
        <w:spacing w:after="20"/>
      </w:pPr>
      <w:r>
        <w:rPr>
          <w:sz w:val="20"/>
        </w:rPr>
        <w:t>☐ Maintain appropriate humidity</w:t>
      </w:r>
    </w:p>
    <w:p>
      <w:pPr>
        <w:spacing w:after="20"/>
      </w:pPr>
      <w:r>
        <w:rPr>
          <w:sz w:val="20"/>
        </w:rPr>
        <w:t>☐ Provide clean appropriate water</w:t>
      </w:r>
    </w:p>
    <w:p>
      <w:pPr>
        <w:spacing w:after="20"/>
      </w:pPr>
      <w:r>
        <w:rPr>
          <w:sz w:val="20"/>
        </w:rPr>
        <w:t>☐ Provide suitable substrate</w:t>
      </w:r>
    </w:p>
    <w:p>
      <w:pPr>
        <w:spacing w:after="20"/>
      </w:pPr>
      <w:r>
        <w:rPr>
          <w:sz w:val="20"/>
        </w:rPr>
        <w:t>☐ Provide hiding areas</w:t>
      </w:r>
    </w:p>
    <w:p>
      <w:pPr>
        <w:spacing w:after="20"/>
      </w:pPr>
      <w:r>
        <w:rPr>
          <w:sz w:val="20"/>
        </w:rPr>
        <w:t>☐ Provide species-specific food</w:t>
      </w:r>
    </w:p>
    <w:p>
      <w:pPr>
        <w:spacing w:after="20"/>
      </w:pPr>
      <w:r>
        <w:rPr>
          <w:sz w:val="20"/>
        </w:rPr>
        <w:t>☐ Maintain appropriate lighting</w:t>
      </w:r>
    </w:p>
    <w:p>
      <w:pPr>
        <w:spacing w:after="20"/>
      </w:pPr>
      <w:r>
        <w:rPr>
          <w:sz w:val="20"/>
        </w:rPr>
        <w:t>☐ Clean habitat safely</w:t>
      </w:r>
    </w:p>
    <w:p>
      <w:pPr>
        <w:spacing w:after="20"/>
      </w:pPr>
      <w:r>
        <w:rPr>
          <w:sz w:val="20"/>
        </w:rPr>
        <w:t>☐ Monitor skin and appetite</w:t>
      </w:r>
    </w:p>
    <w:p>
      <w:pPr>
        <w:spacing w:after="20"/>
      </w:pPr>
      <w:r>
        <w:rPr>
          <w:sz w:val="20"/>
        </w:rPr>
        <w:t>☐ Locate an amphibian/reptile veterinarian</w:t>
      </w:r>
    </w:p>
    <w:p>
      <w:pPr>
        <w:pStyle w:val="Heading1"/>
      </w:pPr>
      <w:r>
        <w:t>🦀 Hermit Crab Care</w:t>
      </w:r>
    </w:p>
    <w:p>
      <w:pPr>
        <w:spacing w:after="20"/>
      </w:pPr>
      <w:r>
        <w:rPr>
          <w:sz w:val="20"/>
        </w:rPr>
        <w:t>☐ Provide appropriately sized habitat</w:t>
      </w:r>
    </w:p>
    <w:p>
      <w:pPr>
        <w:spacing w:after="20"/>
      </w:pPr>
      <w:r>
        <w:rPr>
          <w:sz w:val="20"/>
        </w:rPr>
        <w:t>☐ Provide suitable substrate depth</w:t>
      </w:r>
    </w:p>
    <w:p>
      <w:pPr>
        <w:spacing w:after="20"/>
      </w:pPr>
      <w:r>
        <w:rPr>
          <w:sz w:val="20"/>
        </w:rPr>
        <w:t>☐ Provide hiding areas</w:t>
      </w:r>
    </w:p>
    <w:p>
      <w:pPr>
        <w:spacing w:after="20"/>
      </w:pPr>
      <w:r>
        <w:rPr>
          <w:sz w:val="20"/>
        </w:rPr>
        <w:t>☐ Provide climbing opportunities</w:t>
      </w:r>
    </w:p>
    <w:p>
      <w:pPr>
        <w:spacing w:after="20"/>
      </w:pPr>
      <w:r>
        <w:rPr>
          <w:sz w:val="20"/>
        </w:rPr>
        <w:t>☐ Provide fresh and saltwater sources as appropriate</w:t>
      </w:r>
    </w:p>
    <w:p>
      <w:pPr>
        <w:spacing w:after="20"/>
      </w:pPr>
      <w:r>
        <w:rPr>
          <w:sz w:val="20"/>
        </w:rPr>
        <w:t>☐ Maintain suitable humidity and temperature</w:t>
      </w:r>
    </w:p>
    <w:p>
      <w:pPr>
        <w:spacing w:after="20"/>
      </w:pPr>
      <w:r>
        <w:rPr>
          <w:sz w:val="20"/>
        </w:rPr>
        <w:t>☐ Provide appropriate food</w:t>
      </w:r>
    </w:p>
    <w:p>
      <w:pPr>
        <w:spacing w:after="20"/>
      </w:pPr>
      <w:r>
        <w:rPr>
          <w:sz w:val="20"/>
        </w:rPr>
        <w:t>☐ Provide shells of appropriate sizes</w:t>
      </w:r>
    </w:p>
    <w:p>
      <w:pPr>
        <w:spacing w:after="20"/>
      </w:pPr>
      <w:r>
        <w:rPr>
          <w:sz w:val="20"/>
        </w:rPr>
        <w:t>☐ Monitor molting</w:t>
      </w:r>
    </w:p>
    <w:p>
      <w:pPr>
        <w:spacing w:after="20"/>
      </w:pPr>
      <w:r>
        <w:rPr>
          <w:sz w:val="20"/>
        </w:rPr>
        <w:t>☐ Avoid disturbing a crab during a molt</w:t>
      </w:r>
    </w:p>
    <w:p>
      <w:pPr>
        <w:spacing w:after="20"/>
      </w:pPr>
      <w:r>
        <w:rPr>
          <w:sz w:val="20"/>
        </w:rPr>
        <w:t>☐ Keep habitat clean</w:t>
      </w:r>
    </w:p>
    <w:p>
      <w:pPr>
        <w:pStyle w:val="Heading1"/>
      </w:pPr>
      <w:r>
        <w:t>🐔 Chicken Care</w:t>
      </w:r>
    </w:p>
    <w:p>
      <w:pPr>
        <w:spacing w:after="20"/>
      </w:pPr>
      <w:r>
        <w:rPr>
          <w:sz w:val="20"/>
        </w:rPr>
        <w:t>☐ Provide secure housing</w:t>
      </w:r>
    </w:p>
    <w:p>
      <w:pPr>
        <w:spacing w:after="20"/>
      </w:pPr>
      <w:r>
        <w:rPr>
          <w:sz w:val="20"/>
        </w:rPr>
        <w:t>☐ Provide predator protection</w:t>
      </w:r>
    </w:p>
    <w:p>
      <w:pPr>
        <w:spacing w:after="20"/>
      </w:pPr>
      <w:r>
        <w:rPr>
          <w:sz w:val="20"/>
        </w:rPr>
        <w:t>☐ Provide fresh water</w:t>
      </w:r>
    </w:p>
    <w:p>
      <w:pPr>
        <w:spacing w:after="20"/>
      </w:pPr>
      <w:r>
        <w:rPr>
          <w:sz w:val="20"/>
        </w:rPr>
        <w:t>☐ Provide balanced feed</w:t>
      </w:r>
    </w:p>
    <w:p>
      <w:pPr>
        <w:spacing w:after="20"/>
      </w:pPr>
      <w:r>
        <w:rPr>
          <w:sz w:val="20"/>
        </w:rPr>
        <w:t>☐ Provide appropriate outdoor space</w:t>
      </w:r>
    </w:p>
    <w:p>
      <w:pPr>
        <w:spacing w:after="20"/>
      </w:pPr>
      <w:r>
        <w:rPr>
          <w:sz w:val="20"/>
        </w:rPr>
        <w:t>☐ Provide nesting and roosting areas</w:t>
      </w:r>
    </w:p>
    <w:p>
      <w:pPr>
        <w:spacing w:after="20"/>
      </w:pPr>
      <w:r>
        <w:rPr>
          <w:sz w:val="20"/>
        </w:rPr>
        <w:t>☐ Clean coop regularly</w:t>
      </w:r>
    </w:p>
    <w:p>
      <w:pPr>
        <w:spacing w:after="20"/>
      </w:pPr>
      <w:r>
        <w:rPr>
          <w:sz w:val="20"/>
        </w:rPr>
        <w:t>☐ Monitor flock behavior</w:t>
      </w:r>
    </w:p>
    <w:p>
      <w:pPr>
        <w:spacing w:after="20"/>
      </w:pPr>
      <w:r>
        <w:rPr>
          <w:sz w:val="20"/>
        </w:rPr>
        <w:t>☐ Check feet and legs</w:t>
      </w:r>
    </w:p>
    <w:p>
      <w:pPr>
        <w:spacing w:after="20"/>
      </w:pPr>
      <w:r>
        <w:rPr>
          <w:sz w:val="20"/>
        </w:rPr>
        <w:t>☐ Monitor parasites</w:t>
      </w:r>
    </w:p>
    <w:p>
      <w:pPr>
        <w:spacing w:after="20"/>
      </w:pPr>
      <w:r>
        <w:rPr>
          <w:sz w:val="20"/>
        </w:rPr>
        <w:t>☐ Follow local poultry-health recommendations</w:t>
      </w:r>
    </w:p>
    <w:p>
      <w:pPr>
        <w:spacing w:after="20"/>
      </w:pPr>
      <w:r>
        <w:rPr>
          <w:sz w:val="20"/>
        </w:rPr>
        <w:t>☐ Arrange veterinary care</w:t>
      </w:r>
    </w:p>
    <w:p>
      <w:pPr>
        <w:pStyle w:val="Heading1"/>
      </w:pPr>
      <w:r>
        <w:t>🦆 Duck Care</w:t>
      </w:r>
    </w:p>
    <w:p>
      <w:pPr>
        <w:spacing w:after="20"/>
      </w:pPr>
      <w:r>
        <w:rPr>
          <w:sz w:val="20"/>
        </w:rPr>
        <w:t>☐ Provide secure shelter</w:t>
      </w:r>
    </w:p>
    <w:p>
      <w:pPr>
        <w:spacing w:after="20"/>
      </w:pPr>
      <w:r>
        <w:rPr>
          <w:sz w:val="20"/>
        </w:rPr>
        <w:t>☐ Provide clean drinking water</w:t>
      </w:r>
    </w:p>
    <w:p>
      <w:pPr>
        <w:spacing w:after="20"/>
      </w:pPr>
      <w:r>
        <w:rPr>
          <w:sz w:val="20"/>
        </w:rPr>
        <w:t>☐ Provide appropriate feed</w:t>
      </w:r>
    </w:p>
    <w:p>
      <w:pPr>
        <w:spacing w:after="20"/>
      </w:pPr>
      <w:r>
        <w:rPr>
          <w:sz w:val="20"/>
        </w:rPr>
        <w:t>☐ Provide safe outdoor space</w:t>
      </w:r>
    </w:p>
    <w:p>
      <w:pPr>
        <w:spacing w:after="20"/>
      </w:pPr>
      <w:r>
        <w:rPr>
          <w:sz w:val="20"/>
        </w:rPr>
        <w:t>☐ Provide appropriate water access</w:t>
      </w:r>
    </w:p>
    <w:p>
      <w:pPr>
        <w:spacing w:after="20"/>
      </w:pPr>
      <w:r>
        <w:rPr>
          <w:sz w:val="20"/>
        </w:rPr>
        <w:t>☐ Protect against predators</w:t>
      </w:r>
    </w:p>
    <w:p>
      <w:pPr>
        <w:spacing w:after="20"/>
      </w:pPr>
      <w:r>
        <w:rPr>
          <w:sz w:val="20"/>
        </w:rPr>
        <w:t>☐ Clean living areas regularly</w:t>
      </w:r>
    </w:p>
    <w:p>
      <w:pPr>
        <w:spacing w:after="20"/>
      </w:pPr>
      <w:r>
        <w:rPr>
          <w:sz w:val="20"/>
        </w:rPr>
        <w:t>☐ Monitor feet, legs and feathers</w:t>
      </w:r>
    </w:p>
    <w:p>
      <w:pPr>
        <w:spacing w:after="20"/>
      </w:pPr>
      <w:r>
        <w:rPr>
          <w:sz w:val="20"/>
        </w:rPr>
        <w:t>☐ Observe appetite and behavior</w:t>
      </w:r>
    </w:p>
    <w:p>
      <w:pPr>
        <w:spacing w:after="20"/>
      </w:pPr>
      <w:r>
        <w:rPr>
          <w:sz w:val="20"/>
        </w:rPr>
        <w:t>☐ Arrange veterinary care</w:t>
      </w:r>
    </w:p>
    <w:p>
      <w:pPr>
        <w:pStyle w:val="Heading1"/>
      </w:pPr>
      <w:r>
        <w:t>🐐 Goat Care</w:t>
      </w:r>
    </w:p>
    <w:p>
      <w:pPr>
        <w:spacing w:after="20"/>
      </w:pPr>
      <w:r>
        <w:rPr>
          <w:sz w:val="20"/>
        </w:rPr>
        <w:t>☐ Provide secure fencing</w:t>
      </w:r>
    </w:p>
    <w:p>
      <w:pPr>
        <w:spacing w:after="20"/>
      </w:pPr>
      <w:r>
        <w:rPr>
          <w:sz w:val="20"/>
        </w:rPr>
        <w:t>☐ Provide appropriate shelter</w:t>
      </w:r>
    </w:p>
    <w:p>
      <w:pPr>
        <w:spacing w:after="20"/>
      </w:pPr>
      <w:r>
        <w:rPr>
          <w:sz w:val="20"/>
        </w:rPr>
        <w:t>☐ Provide clean drinking water</w:t>
      </w:r>
    </w:p>
    <w:p>
      <w:pPr>
        <w:spacing w:after="20"/>
      </w:pPr>
      <w:r>
        <w:rPr>
          <w:sz w:val="20"/>
        </w:rPr>
        <w:t>☐ Provide appropriate forage</w:t>
      </w:r>
    </w:p>
    <w:p>
      <w:pPr>
        <w:spacing w:after="20"/>
      </w:pPr>
      <w:r>
        <w:rPr>
          <w:sz w:val="20"/>
        </w:rPr>
        <w:t>☐ Provide suitable minerals as recommended</w:t>
      </w:r>
    </w:p>
    <w:p>
      <w:pPr>
        <w:spacing w:after="20"/>
      </w:pPr>
      <w:r>
        <w:rPr>
          <w:sz w:val="20"/>
        </w:rPr>
        <w:t>☐ Provide social companionship</w:t>
      </w:r>
    </w:p>
    <w:p>
      <w:pPr>
        <w:spacing w:after="20"/>
      </w:pPr>
      <w:r>
        <w:rPr>
          <w:sz w:val="20"/>
        </w:rPr>
        <w:t>☐ Check hooves</w:t>
      </w:r>
    </w:p>
    <w:p>
      <w:pPr>
        <w:spacing w:after="20"/>
      </w:pPr>
      <w:r>
        <w:rPr>
          <w:sz w:val="20"/>
        </w:rPr>
        <w:t>☐ Monitor body condition, coat and skin</w:t>
      </w:r>
    </w:p>
    <w:p>
      <w:pPr>
        <w:spacing w:after="20"/>
      </w:pPr>
      <w:r>
        <w:rPr>
          <w:sz w:val="20"/>
        </w:rPr>
        <w:t>☐ Maintain parasite-control program with veterinary guidance</w:t>
      </w:r>
    </w:p>
    <w:p>
      <w:pPr>
        <w:spacing w:after="20"/>
      </w:pPr>
      <w:r>
        <w:rPr>
          <w:sz w:val="20"/>
        </w:rPr>
        <w:t>☐ Maintain vaccinations as recommended</w:t>
      </w:r>
    </w:p>
    <w:p>
      <w:pPr>
        <w:spacing w:after="20"/>
      </w:pPr>
      <w:r>
        <w:rPr>
          <w:sz w:val="20"/>
        </w:rPr>
        <w:t>☐ Schedule veterinary care</w:t>
      </w:r>
    </w:p>
    <w:p>
      <w:pPr>
        <w:pStyle w:val="Heading1"/>
      </w:pPr>
      <w:r>
        <w:t>🐑 Sheep Care</w:t>
      </w:r>
    </w:p>
    <w:p>
      <w:pPr>
        <w:spacing w:after="20"/>
      </w:pPr>
      <w:r>
        <w:rPr>
          <w:sz w:val="20"/>
        </w:rPr>
        <w:t>☐ Provide secure pasture/fencing</w:t>
      </w:r>
    </w:p>
    <w:p>
      <w:pPr>
        <w:spacing w:after="20"/>
      </w:pPr>
      <w:r>
        <w:rPr>
          <w:sz w:val="20"/>
        </w:rPr>
        <w:t>☐ Provide shelter</w:t>
      </w:r>
    </w:p>
    <w:p>
      <w:pPr>
        <w:spacing w:after="20"/>
      </w:pPr>
      <w:r>
        <w:rPr>
          <w:sz w:val="20"/>
        </w:rPr>
        <w:t>☐ Provide clean water</w:t>
      </w:r>
    </w:p>
    <w:p>
      <w:pPr>
        <w:spacing w:after="20"/>
      </w:pPr>
      <w:r>
        <w:rPr>
          <w:sz w:val="20"/>
        </w:rPr>
        <w:t>☐ Provide appropriate forage</w:t>
      </w:r>
    </w:p>
    <w:p>
      <w:pPr>
        <w:spacing w:after="20"/>
      </w:pPr>
      <w:r>
        <w:rPr>
          <w:sz w:val="20"/>
        </w:rPr>
        <w:t>☐ Provide appropriate minerals</w:t>
      </w:r>
    </w:p>
    <w:p>
      <w:pPr>
        <w:spacing w:after="20"/>
      </w:pPr>
      <w:r>
        <w:rPr>
          <w:sz w:val="20"/>
        </w:rPr>
        <w:t>☐ Provide flock companionship</w:t>
      </w:r>
    </w:p>
    <w:p>
      <w:pPr>
        <w:spacing w:after="20"/>
      </w:pPr>
      <w:r>
        <w:rPr>
          <w:sz w:val="20"/>
        </w:rPr>
        <w:t>☐ Monitor body condition</w:t>
      </w:r>
    </w:p>
    <w:p>
      <w:pPr>
        <w:spacing w:after="20"/>
      </w:pPr>
      <w:r>
        <w:rPr>
          <w:sz w:val="20"/>
        </w:rPr>
        <w:t>☐ Check hooves</w:t>
      </w:r>
    </w:p>
    <w:p>
      <w:pPr>
        <w:spacing w:after="20"/>
      </w:pPr>
      <w:r>
        <w:rPr>
          <w:sz w:val="20"/>
        </w:rPr>
        <w:t>☐ Monitor coat and skin</w:t>
      </w:r>
    </w:p>
    <w:p>
      <w:pPr>
        <w:spacing w:after="20"/>
      </w:pPr>
      <w:r>
        <w:rPr>
          <w:sz w:val="20"/>
        </w:rPr>
        <w:t>☐ Maintain parasite-control plan</w:t>
      </w:r>
    </w:p>
    <w:p>
      <w:pPr>
        <w:spacing w:after="20"/>
      </w:pPr>
      <w:r>
        <w:rPr>
          <w:sz w:val="20"/>
        </w:rPr>
        <w:t>☐ Maintain recommended vaccinations</w:t>
      </w:r>
    </w:p>
    <w:p>
      <w:pPr>
        <w:spacing w:after="20"/>
      </w:pPr>
      <w:r>
        <w:rPr>
          <w:sz w:val="20"/>
        </w:rPr>
        <w:t>☐ Arrange veterinary care</w:t>
      </w:r>
    </w:p>
    <w:p>
      <w:pPr>
        <w:pStyle w:val="Heading1"/>
      </w:pPr>
      <w:r>
        <w:t>🐴 Horse Care</w:t>
      </w:r>
    </w:p>
    <w:p>
      <w:pPr>
        <w:spacing w:after="20"/>
      </w:pPr>
      <w:r>
        <w:rPr>
          <w:sz w:val="20"/>
        </w:rPr>
        <w:t>☐ Provide clean water</w:t>
      </w:r>
    </w:p>
    <w:p>
      <w:pPr>
        <w:spacing w:after="20"/>
      </w:pPr>
      <w:r>
        <w:rPr>
          <w:sz w:val="20"/>
        </w:rPr>
        <w:t>☐ Provide appropriate forage/feed</w:t>
      </w:r>
    </w:p>
    <w:p>
      <w:pPr>
        <w:spacing w:after="20"/>
      </w:pPr>
      <w:r>
        <w:rPr>
          <w:sz w:val="20"/>
        </w:rPr>
        <w:t>☐ Check appetite and manure</w:t>
      </w:r>
    </w:p>
    <w:p>
      <w:pPr>
        <w:spacing w:after="20"/>
      </w:pPr>
      <w:r>
        <w:rPr>
          <w:sz w:val="20"/>
        </w:rPr>
        <w:t>☐ Observe behavior</w:t>
      </w:r>
    </w:p>
    <w:p>
      <w:pPr>
        <w:spacing w:after="20"/>
      </w:pPr>
      <w:r>
        <w:rPr>
          <w:sz w:val="20"/>
        </w:rPr>
        <w:t>☐ Inspect legs and hooves</w:t>
      </w:r>
    </w:p>
    <w:p>
      <w:pPr>
        <w:spacing w:after="20"/>
      </w:pPr>
      <w:r>
        <w:rPr>
          <w:sz w:val="20"/>
        </w:rPr>
        <w:t>☐ Provide appropriate exercise</w:t>
      </w:r>
    </w:p>
    <w:p>
      <w:pPr>
        <w:spacing w:after="20"/>
      </w:pPr>
      <w:r>
        <w:rPr>
          <w:sz w:val="20"/>
        </w:rPr>
        <w:t>☐ Clean living area</w:t>
      </w:r>
    </w:p>
    <w:p>
      <w:pPr>
        <w:spacing w:after="20"/>
      </w:pPr>
      <w:r>
        <w:rPr>
          <w:sz w:val="20"/>
        </w:rPr>
        <w:t>☐ Groom horse</w:t>
      </w:r>
    </w:p>
    <w:p>
      <w:pPr>
        <w:spacing w:after="20"/>
      </w:pPr>
      <w:r>
        <w:rPr>
          <w:sz w:val="20"/>
        </w:rPr>
        <w:t>☐ Pick hooves</w:t>
      </w:r>
    </w:p>
    <w:p>
      <w:pPr>
        <w:spacing w:after="20"/>
      </w:pPr>
      <w:r>
        <w:rPr>
          <w:sz w:val="20"/>
        </w:rPr>
        <w:t>☐ Schedule farrier care</w:t>
      </w:r>
    </w:p>
    <w:p>
      <w:pPr>
        <w:spacing w:after="20"/>
      </w:pPr>
      <w:r>
        <w:rPr>
          <w:sz w:val="20"/>
        </w:rPr>
        <w:t>☐ Maintain dental care</w:t>
      </w:r>
    </w:p>
    <w:p>
      <w:pPr>
        <w:spacing w:after="20"/>
      </w:pPr>
      <w:r>
        <w:rPr>
          <w:sz w:val="20"/>
        </w:rPr>
        <w:t>☐ Maintain vaccination schedule</w:t>
      </w:r>
    </w:p>
    <w:p>
      <w:pPr>
        <w:spacing w:after="20"/>
      </w:pPr>
      <w:r>
        <w:rPr>
          <w:sz w:val="20"/>
        </w:rPr>
        <w:t>☐ Maintain parasite-control program</w:t>
      </w:r>
    </w:p>
    <w:p>
      <w:pPr>
        <w:spacing w:after="20"/>
      </w:pPr>
      <w:r>
        <w:rPr>
          <w:sz w:val="20"/>
        </w:rPr>
        <w:t>☐ Schedule veterinary examinations</w:t>
      </w:r>
    </w:p>
    <w:p>
      <w:pPr>
        <w:spacing w:after="20"/>
      </w:pPr>
      <w:r>
        <w:rPr>
          <w:sz w:val="20"/>
        </w:rPr>
        <w:t>☐ Inspect tack and equipment</w:t>
      </w:r>
    </w:p>
    <w:p>
      <w:pPr>
        <w:pStyle w:val="Heading1"/>
      </w:pPr>
      <w:r>
        <w:t>🏠 Universal Pet Home Safety</w:t>
      </w:r>
    </w:p>
    <w:p>
      <w:pPr>
        <w:spacing w:after="20"/>
      </w:pPr>
      <w:r>
        <w:rPr>
          <w:sz w:val="20"/>
        </w:rPr>
        <w:t>☐ Remove poisonous plants</w:t>
      </w:r>
    </w:p>
    <w:p>
      <w:pPr>
        <w:spacing w:after="20"/>
      </w:pPr>
      <w:r>
        <w:rPr>
          <w:sz w:val="20"/>
        </w:rPr>
        <w:t>☐ Secure electrical cords</w:t>
      </w:r>
    </w:p>
    <w:p>
      <w:pPr>
        <w:spacing w:after="20"/>
      </w:pPr>
      <w:r>
        <w:rPr>
          <w:sz w:val="20"/>
        </w:rPr>
        <w:t>☐ Store cleaning chemicals safely</w:t>
      </w:r>
    </w:p>
    <w:p>
      <w:pPr>
        <w:spacing w:after="20"/>
      </w:pPr>
      <w:r>
        <w:rPr>
          <w:sz w:val="20"/>
        </w:rPr>
        <w:t>☐ Keep medications inaccessible</w:t>
      </w:r>
    </w:p>
    <w:p>
      <w:pPr>
        <w:spacing w:after="20"/>
      </w:pPr>
      <w:r>
        <w:rPr>
          <w:sz w:val="20"/>
        </w:rPr>
        <w:t>☐ Secure unsafe human foods</w:t>
      </w:r>
    </w:p>
    <w:p>
      <w:pPr>
        <w:spacing w:after="20"/>
      </w:pPr>
      <w:r>
        <w:rPr>
          <w:sz w:val="20"/>
        </w:rPr>
        <w:t>☐ Secure trash cans</w:t>
      </w:r>
    </w:p>
    <w:p>
      <w:pPr>
        <w:spacing w:after="20"/>
      </w:pPr>
      <w:r>
        <w:rPr>
          <w:sz w:val="20"/>
        </w:rPr>
        <w:t>☐ Keep small pets away from predators</w:t>
      </w:r>
    </w:p>
    <w:p>
      <w:pPr>
        <w:spacing w:after="20"/>
      </w:pPr>
      <w:r>
        <w:rPr>
          <w:sz w:val="20"/>
        </w:rPr>
        <w:t>☐ Check fences and gates</w:t>
      </w:r>
    </w:p>
    <w:p>
      <w:pPr>
        <w:spacing w:after="20"/>
      </w:pPr>
      <w:r>
        <w:rPr>
          <w:sz w:val="20"/>
        </w:rPr>
        <w:t>☐ Secure windows and doors</w:t>
      </w:r>
    </w:p>
    <w:p>
      <w:pPr>
        <w:spacing w:after="20"/>
      </w:pPr>
      <w:r>
        <w:rPr>
          <w:sz w:val="20"/>
        </w:rPr>
        <w:t>☐ Remove choking hazards</w:t>
      </w:r>
    </w:p>
    <w:p>
      <w:pPr>
        <w:spacing w:after="20"/>
      </w:pPr>
      <w:r>
        <w:rPr>
          <w:sz w:val="20"/>
        </w:rPr>
        <w:t>☐ Store pet food safely</w:t>
      </w:r>
    </w:p>
    <w:p>
      <w:pPr>
        <w:spacing w:after="20"/>
      </w:pPr>
      <w:r>
        <w:rPr>
          <w:sz w:val="20"/>
        </w:rPr>
        <w:t>☐ Keep emergency contacts available</w:t>
      </w:r>
    </w:p>
    <w:p>
      <w:pPr>
        <w:spacing w:after="20"/>
      </w:pPr>
      <w:r>
        <w:rPr>
          <w:sz w:val="20"/>
        </w:rPr>
        <w:t>☐ Have an appropriate carrier/crate</w:t>
      </w:r>
    </w:p>
    <w:p>
      <w:pPr>
        <w:spacing w:after="20"/>
      </w:pPr>
      <w:r>
        <w:rPr>
          <w:sz w:val="20"/>
        </w:rPr>
        <w:t>☐ Create an emergency evacuation plan</w:t>
      </w:r>
    </w:p>
    <w:p>
      <w:pPr>
        <w:pStyle w:val="Heading1"/>
      </w:pPr>
      <w:r>
        <w:t>🩺 Universal Pet Health</w:t>
      </w:r>
    </w:p>
    <w:p>
      <w:pPr>
        <w:spacing w:after="20"/>
      </w:pPr>
      <w:r>
        <w:rPr>
          <w:sz w:val="20"/>
        </w:rPr>
        <w:t>☐ Find a veterinarian before an emergency</w:t>
      </w:r>
    </w:p>
    <w:p>
      <w:pPr>
        <w:spacing w:after="20"/>
      </w:pPr>
      <w:r>
        <w:rPr>
          <w:sz w:val="20"/>
        </w:rPr>
        <w:t>☐ Schedule routine health examinations</w:t>
      </w:r>
    </w:p>
    <w:p>
      <w:pPr>
        <w:spacing w:after="20"/>
      </w:pPr>
      <w:r>
        <w:rPr>
          <w:sz w:val="20"/>
        </w:rPr>
        <w:t>☐ Keep vaccination records</w:t>
      </w:r>
    </w:p>
    <w:p>
      <w:pPr>
        <w:spacing w:after="20"/>
      </w:pPr>
      <w:r>
        <w:rPr>
          <w:sz w:val="20"/>
        </w:rPr>
        <w:t>☐ Keep medical records</w:t>
      </w:r>
    </w:p>
    <w:p>
      <w:pPr>
        <w:spacing w:after="20"/>
      </w:pPr>
      <w:r>
        <w:rPr>
          <w:sz w:val="20"/>
        </w:rPr>
        <w:t>☐ Monitor body weight</w:t>
      </w:r>
    </w:p>
    <w:p>
      <w:pPr>
        <w:spacing w:after="20"/>
      </w:pPr>
      <w:r>
        <w:rPr>
          <w:sz w:val="20"/>
        </w:rPr>
        <w:t>☐ Monitor appetite and drinking</w:t>
      </w:r>
    </w:p>
    <w:p>
      <w:pPr>
        <w:spacing w:after="20"/>
      </w:pPr>
      <w:r>
        <w:rPr>
          <w:sz w:val="20"/>
        </w:rPr>
        <w:t>☐ Monitor bathroom habits</w:t>
      </w:r>
    </w:p>
    <w:p>
      <w:pPr>
        <w:spacing w:after="20"/>
      </w:pPr>
      <w:r>
        <w:rPr>
          <w:sz w:val="20"/>
        </w:rPr>
        <w:t>☐ Monitor behavior and activity</w:t>
      </w:r>
    </w:p>
    <w:p>
      <w:pPr>
        <w:spacing w:after="20"/>
      </w:pPr>
      <w:r>
        <w:rPr>
          <w:sz w:val="20"/>
        </w:rPr>
        <w:t>☐ Check coat, skin, feathers or scales</w:t>
      </w:r>
    </w:p>
    <w:p>
      <w:pPr>
        <w:spacing w:after="20"/>
      </w:pPr>
      <w:r>
        <w:rPr>
          <w:sz w:val="20"/>
        </w:rPr>
        <w:t>☐ Check eyes and ears where appropriate</w:t>
      </w:r>
    </w:p>
    <w:p>
      <w:pPr>
        <w:spacing w:after="20"/>
      </w:pPr>
      <w:r>
        <w:rPr>
          <w:sz w:val="20"/>
        </w:rPr>
        <w:t>☐ Check mouth/teeth where appropriate</w:t>
      </w:r>
    </w:p>
    <w:p>
      <w:pPr>
        <w:spacing w:after="20"/>
      </w:pPr>
      <w:r>
        <w:rPr>
          <w:sz w:val="20"/>
        </w:rPr>
        <w:t>☐ Check feet and nails/claws</w:t>
      </w:r>
    </w:p>
    <w:p>
      <w:pPr>
        <w:spacing w:after="20"/>
      </w:pPr>
      <w:r>
        <w:rPr>
          <w:sz w:val="20"/>
        </w:rPr>
        <w:t>☐ Maintain species-appropriate parasite prevention</w:t>
      </w:r>
    </w:p>
    <w:p>
      <w:pPr>
        <w:spacing w:after="20"/>
      </w:pPr>
      <w:r>
        <w:rPr>
          <w:sz w:val="20"/>
        </w:rPr>
        <w:t>☐ Learn emergency warning signs</w:t>
      </w:r>
    </w:p>
    <w:p>
      <w:pPr>
        <w:spacing w:after="20"/>
      </w:pPr>
      <w:r>
        <w:rPr>
          <w:sz w:val="20"/>
        </w:rPr>
        <w:t>☐ Know where to go for emergency care</w:t>
      </w:r>
    </w:p>
    <w:p>
      <w:pPr>
        <w:pStyle w:val="Heading1"/>
      </w:pPr>
      <w:r>
        <w:t>💰 Pet Budget</w:t>
      </w:r>
    </w:p>
    <w:p>
      <w:pPr>
        <w:spacing w:after="20"/>
      </w:pPr>
      <w:r>
        <w:rPr>
          <w:sz w:val="20"/>
        </w:rPr>
        <w:t>☐ Calculate adoption/purchase cost</w:t>
      </w:r>
    </w:p>
    <w:p>
      <w:pPr>
        <w:spacing w:after="20"/>
      </w:pPr>
      <w:r>
        <w:rPr>
          <w:sz w:val="20"/>
        </w:rPr>
        <w:t>☐ Calculate habitat/setup cost</w:t>
      </w:r>
    </w:p>
    <w:p>
      <w:pPr>
        <w:spacing w:after="20"/>
      </w:pPr>
      <w:r>
        <w:rPr>
          <w:sz w:val="20"/>
        </w:rPr>
        <w:t>☐ Calculate food costs</w:t>
      </w:r>
    </w:p>
    <w:p>
      <w:pPr>
        <w:spacing w:after="20"/>
      </w:pPr>
      <w:r>
        <w:rPr>
          <w:sz w:val="20"/>
        </w:rPr>
        <w:t>☐ Calculate bedding/substrate costs</w:t>
      </w:r>
    </w:p>
    <w:p>
      <w:pPr>
        <w:spacing w:after="20"/>
      </w:pPr>
      <w:r>
        <w:rPr>
          <w:sz w:val="20"/>
        </w:rPr>
        <w:t>☐ Calculate grooming costs</w:t>
      </w:r>
    </w:p>
    <w:p>
      <w:pPr>
        <w:spacing w:after="20"/>
      </w:pPr>
      <w:r>
        <w:rPr>
          <w:sz w:val="20"/>
        </w:rPr>
        <w:t>☐ Estimate routine veterinary costs</w:t>
      </w:r>
    </w:p>
    <w:p>
      <w:pPr>
        <w:spacing w:after="20"/>
      </w:pPr>
      <w:r>
        <w:rPr>
          <w:sz w:val="20"/>
        </w:rPr>
        <w:t>☐ Estimate emergency veterinary expenses</w:t>
      </w:r>
    </w:p>
    <w:p>
      <w:pPr>
        <w:spacing w:after="20"/>
      </w:pPr>
      <w:r>
        <w:rPr>
          <w:sz w:val="20"/>
        </w:rPr>
        <w:t>☐ Calculate enrichment costs</w:t>
      </w:r>
    </w:p>
    <w:p>
      <w:pPr>
        <w:spacing w:after="20"/>
      </w:pPr>
      <w:r>
        <w:rPr>
          <w:sz w:val="20"/>
        </w:rPr>
        <w:t>☐ Calculate boarding/pet-sitting costs</w:t>
      </w:r>
    </w:p>
    <w:p>
      <w:pPr>
        <w:spacing w:after="20"/>
      </w:pPr>
      <w:r>
        <w:rPr>
          <w:sz w:val="20"/>
        </w:rPr>
        <w:t>☐ Create an emergency pet fund</w:t>
      </w:r>
    </w:p>
    <w:p>
      <w:pPr>
        <w:spacing w:after="20"/>
      </w:pPr>
      <w:r>
        <w:rPr>
          <w:sz w:val="20"/>
        </w:rPr>
        <w:t>☐ Confirm the pet fits your monthly budget</w:t>
      </w:r>
    </w:p>
    <w:p>
      <w:pPr>
        <w:pStyle w:val="Heading1"/>
      </w:pPr>
      <w:r>
        <w:t>🧳 Pet Travel &amp; Vacation</w:t>
      </w:r>
    </w:p>
    <w:p>
      <w:pPr>
        <w:spacing w:after="20"/>
      </w:pPr>
      <w:r>
        <w:rPr>
          <w:sz w:val="20"/>
        </w:rPr>
        <w:t>☐ Arrange a responsible pet sitter or boarding facility</w:t>
      </w:r>
    </w:p>
    <w:p>
      <w:pPr>
        <w:spacing w:after="20"/>
      </w:pPr>
      <w:r>
        <w:rPr>
          <w:sz w:val="20"/>
        </w:rPr>
        <w:t>☐ Provide feeding instructions</w:t>
      </w:r>
    </w:p>
    <w:p>
      <w:pPr>
        <w:spacing w:after="20"/>
      </w:pPr>
      <w:r>
        <w:rPr>
          <w:sz w:val="20"/>
        </w:rPr>
        <w:t>☐ Provide medication instructions if applicable</w:t>
      </w:r>
    </w:p>
    <w:p>
      <w:pPr>
        <w:spacing w:after="20"/>
      </w:pPr>
      <w:r>
        <w:rPr>
          <w:sz w:val="20"/>
        </w:rPr>
        <w:t>☐ Provide emergency veterinary information</w:t>
      </w:r>
    </w:p>
    <w:p>
      <w:pPr>
        <w:spacing w:after="20"/>
      </w:pPr>
      <w:r>
        <w:rPr>
          <w:sz w:val="20"/>
        </w:rPr>
        <w:t>☐ Provide owner and backup contact information</w:t>
      </w:r>
    </w:p>
    <w:p>
      <w:pPr>
        <w:spacing w:after="20"/>
      </w:pPr>
      <w:r>
        <w:rPr>
          <w:sz w:val="20"/>
        </w:rPr>
        <w:t>☐ Leave sufficient food and supplies</w:t>
      </w:r>
    </w:p>
    <w:p>
      <w:pPr>
        <w:spacing w:after="20"/>
      </w:pPr>
      <w:r>
        <w:rPr>
          <w:sz w:val="20"/>
        </w:rPr>
        <w:t>☐ Explain normal behavior and warning signs</w:t>
      </w:r>
    </w:p>
    <w:p>
      <w:pPr>
        <w:spacing w:after="20"/>
      </w:pPr>
      <w:r>
        <w:rPr>
          <w:sz w:val="20"/>
        </w:rPr>
        <w:t>☐ Provide medical records where necessary</w:t>
      </w:r>
    </w:p>
    <w:p>
      <w:pPr>
        <w:spacing w:after="20"/>
      </w:pPr>
      <w:r>
        <w:rPr>
          <w:sz w:val="20"/>
        </w:rPr>
        <w:t>☐ Provide secure transportation equipment</w:t>
      </w:r>
    </w:p>
    <w:p>
      <w:pPr>
        <w:pStyle w:val="Heading1"/>
      </w:pPr>
      <w:r>
        <w:t>🚨 Pet Emergency Preparedness</w:t>
      </w:r>
    </w:p>
    <w:p>
      <w:pPr>
        <w:spacing w:after="20"/>
      </w:pPr>
      <w:r>
        <w:rPr>
          <w:sz w:val="20"/>
        </w:rPr>
        <w:t>☐ Keep regular veterinarian's phone number</w:t>
      </w:r>
    </w:p>
    <w:p>
      <w:pPr>
        <w:spacing w:after="20"/>
      </w:pPr>
      <w:r>
        <w:rPr>
          <w:sz w:val="20"/>
        </w:rPr>
        <w:t>☐ Keep emergency veterinarian's phone number</w:t>
      </w:r>
    </w:p>
    <w:p>
      <w:pPr>
        <w:spacing w:after="20"/>
      </w:pPr>
      <w:r>
        <w:rPr>
          <w:sz w:val="20"/>
        </w:rPr>
        <w:t>☐ Keep pet medical records</w:t>
      </w:r>
    </w:p>
    <w:p>
      <w:pPr>
        <w:spacing w:after="20"/>
      </w:pPr>
      <w:r>
        <w:rPr>
          <w:sz w:val="20"/>
        </w:rPr>
        <w:t>☐ Keep current medication information</w:t>
      </w:r>
    </w:p>
    <w:p>
      <w:pPr>
        <w:spacing w:after="20"/>
      </w:pPr>
      <w:r>
        <w:rPr>
          <w:sz w:val="20"/>
        </w:rPr>
        <w:t>☐ Keep current pet weight</w:t>
      </w:r>
    </w:p>
    <w:p>
      <w:pPr>
        <w:spacing w:after="20"/>
      </w:pPr>
      <w:r>
        <w:rPr>
          <w:sz w:val="20"/>
        </w:rPr>
        <w:t>☐ Keep identification/microchip information</w:t>
      </w:r>
    </w:p>
    <w:p>
      <w:pPr>
        <w:spacing w:after="20"/>
      </w:pPr>
      <w:r>
        <w:rPr>
          <w:sz w:val="20"/>
        </w:rPr>
        <w:t>☐ Keep emergency carrier/crate</w:t>
      </w:r>
    </w:p>
    <w:p>
      <w:pPr>
        <w:spacing w:after="20"/>
      </w:pPr>
      <w:r>
        <w:rPr>
          <w:sz w:val="20"/>
        </w:rPr>
        <w:t>☐ Keep emergency supplies</w:t>
      </w:r>
    </w:p>
    <w:p>
      <w:pPr>
        <w:spacing w:after="20"/>
      </w:pPr>
      <w:r>
        <w:rPr>
          <w:sz w:val="20"/>
        </w:rPr>
        <w:t>☐ Keep owner contact information</w:t>
      </w:r>
    </w:p>
    <w:p>
      <w:pPr>
        <w:spacing w:after="20"/>
      </w:pPr>
      <w:r>
        <w:rPr>
          <w:sz w:val="20"/>
        </w:rPr>
        <w:t>☐ Keep backup caregiver information</w:t>
      </w:r>
    </w:p>
    <w:p>
      <w:pPr>
        <w:pStyle w:val="Heading1"/>
      </w:pPr>
      <w:r>
        <w:t>📅 General Care Schedule</w:t>
      </w:r>
    </w:p>
    <w:p>
      <w:pPr>
        <w:spacing w:after="20"/>
      </w:pPr>
      <w:r>
        <w:rPr>
          <w:sz w:val="20"/>
        </w:rPr>
        <w:t>☐ Daily: food and fresh water</w:t>
      </w:r>
    </w:p>
    <w:p>
      <w:pPr>
        <w:spacing w:after="20"/>
      </w:pPr>
      <w:r>
        <w:rPr>
          <w:sz w:val="20"/>
        </w:rPr>
        <w:t>☐ Daily: bathroom/waste check</w:t>
      </w:r>
    </w:p>
    <w:p>
      <w:pPr>
        <w:spacing w:after="20"/>
      </w:pPr>
      <w:r>
        <w:rPr>
          <w:sz w:val="20"/>
        </w:rPr>
        <w:t>☐ Daily: exercise and enrichment</w:t>
      </w:r>
    </w:p>
    <w:p>
      <w:pPr>
        <w:spacing w:after="20"/>
      </w:pPr>
      <w:r>
        <w:rPr>
          <w:sz w:val="20"/>
        </w:rPr>
        <w:t>☐ Daily: social interaction and behavior check</w:t>
      </w:r>
    </w:p>
    <w:p>
      <w:pPr>
        <w:spacing w:after="20"/>
      </w:pPr>
      <w:r>
        <w:rPr>
          <w:sz w:val="20"/>
        </w:rPr>
        <w:t>☐ Weekly: habitat/home cleaning</w:t>
      </w:r>
    </w:p>
    <w:p>
      <w:pPr>
        <w:spacing w:after="20"/>
      </w:pPr>
      <w:r>
        <w:rPr>
          <w:sz w:val="20"/>
        </w:rPr>
        <w:t>☐ Weekly: grooming as appropriate</w:t>
      </w:r>
    </w:p>
    <w:p>
      <w:pPr>
        <w:spacing w:after="20"/>
      </w:pPr>
      <w:r>
        <w:rPr>
          <w:sz w:val="20"/>
        </w:rPr>
        <w:t>☐ Weekly: wash bowls and clean toys</w:t>
      </w:r>
    </w:p>
    <w:p>
      <w:pPr>
        <w:spacing w:after="20"/>
      </w:pPr>
      <w:r>
        <w:rPr>
          <w:sz w:val="20"/>
        </w:rPr>
        <w:t>☐ Weekly: inspect equipment and body condition</w:t>
      </w:r>
    </w:p>
    <w:p>
      <w:pPr>
        <w:spacing w:after="20"/>
      </w:pPr>
      <w:r>
        <w:rPr>
          <w:sz w:val="20"/>
        </w:rPr>
        <w:t>☐ Monthly: review food and supplies</w:t>
      </w:r>
    </w:p>
    <w:p>
      <w:pPr>
        <w:spacing w:after="20"/>
      </w:pPr>
      <w:r>
        <w:rPr>
          <w:sz w:val="20"/>
        </w:rPr>
        <w:t>☐ Monthly: inspect habitat and emergency supplies</w:t>
      </w:r>
    </w:p>
    <w:p>
      <w:pPr>
        <w:spacing w:after="20"/>
      </w:pPr>
      <w:r>
        <w:rPr>
          <w:sz w:val="20"/>
        </w:rPr>
        <w:t>☐ Regularly: veterinary examination as recommended</w:t>
      </w:r>
    </w:p>
    <w:p>
      <w:pPr>
        <w:spacing w:after="20"/>
      </w:pPr>
      <w:r>
        <w:rPr>
          <w:sz w:val="20"/>
        </w:rPr>
        <w:t>☐ Regularly: review nutrition, dental health and parasite prevention</w:t>
      </w:r>
    </w:p>
    <w:p>
      <w:pPr>
        <w:pStyle w:val="Heading1"/>
      </w:pPr>
      <w:r>
        <w:t>✅ Before Getting Any New Pet</w:t>
      </w:r>
    </w:p>
    <w:p>
      <w:pPr>
        <w:spacing w:after="20"/>
      </w:pPr>
      <w:r>
        <w:rPr>
          <w:sz w:val="20"/>
        </w:rPr>
        <w:t>☐ Research the species</w:t>
      </w:r>
    </w:p>
    <w:p>
      <w:pPr>
        <w:spacing w:after="20"/>
      </w:pPr>
      <w:r>
        <w:rPr>
          <w:sz w:val="20"/>
        </w:rPr>
        <w:t>☐ Research breed/variety if applicable</w:t>
      </w:r>
    </w:p>
    <w:p>
      <w:pPr>
        <w:spacing w:after="20"/>
      </w:pPr>
      <w:r>
        <w:rPr>
          <w:sz w:val="20"/>
        </w:rPr>
        <w:t>☐ Check local ownership rules</w:t>
      </w:r>
    </w:p>
    <w:p>
      <w:pPr>
        <w:spacing w:after="20"/>
      </w:pPr>
      <w:r>
        <w:rPr>
          <w:sz w:val="20"/>
        </w:rPr>
        <w:t>☐ Check landlord restrictions</w:t>
      </w:r>
    </w:p>
    <w:p>
      <w:pPr>
        <w:spacing w:after="20"/>
      </w:pPr>
      <w:r>
        <w:rPr>
          <w:sz w:val="20"/>
        </w:rPr>
        <w:t>☐ Research expected lifespan and adult size</w:t>
      </w:r>
    </w:p>
    <w:p>
      <w:pPr>
        <w:spacing w:after="20"/>
      </w:pPr>
      <w:r>
        <w:rPr>
          <w:sz w:val="20"/>
        </w:rPr>
        <w:t>☐ Research social needs</w:t>
      </w:r>
    </w:p>
    <w:p>
      <w:pPr>
        <w:spacing w:after="20"/>
      </w:pPr>
      <w:r>
        <w:rPr>
          <w:sz w:val="20"/>
        </w:rPr>
        <w:t>☐ Research exercise and diet</w:t>
      </w:r>
    </w:p>
    <w:p>
      <w:pPr>
        <w:spacing w:after="20"/>
      </w:pPr>
      <w:r>
        <w:rPr>
          <w:sz w:val="20"/>
        </w:rPr>
        <w:t>☐ Research habitat requirements</w:t>
      </w:r>
    </w:p>
    <w:p>
      <w:pPr>
        <w:spacing w:after="20"/>
      </w:pPr>
      <w:r>
        <w:rPr>
          <w:sz w:val="20"/>
        </w:rPr>
        <w:t>☐ Research veterinary availability</w:t>
      </w:r>
    </w:p>
    <w:p>
      <w:pPr>
        <w:spacing w:after="20"/>
      </w:pPr>
      <w:r>
        <w:rPr>
          <w:sz w:val="20"/>
        </w:rPr>
        <w:t>☐ Calculate startup and monthly costs</w:t>
      </w:r>
    </w:p>
    <w:p>
      <w:pPr>
        <w:spacing w:after="20"/>
      </w:pPr>
      <w:r>
        <w:rPr>
          <w:sz w:val="20"/>
        </w:rPr>
        <w:t>☐ Create an emergency fund</w:t>
      </w:r>
    </w:p>
    <w:p>
      <w:pPr>
        <w:spacing w:after="20"/>
      </w:pPr>
      <w:r>
        <w:rPr>
          <w:sz w:val="20"/>
        </w:rPr>
        <w:t>☐ Prepare habitat before arrival</w:t>
      </w:r>
    </w:p>
    <w:p>
      <w:pPr>
        <w:spacing w:after="20"/>
      </w:pPr>
      <w:r>
        <w:rPr>
          <w:sz w:val="20"/>
        </w:rPr>
        <w:t>☐ Buy food before arrival</w:t>
      </w:r>
    </w:p>
    <w:p>
      <w:pPr>
        <w:spacing w:after="20"/>
      </w:pPr>
      <w:r>
        <w:rPr>
          <w:sz w:val="20"/>
        </w:rPr>
        <w:t>☐ Find a veterinarian</w:t>
      </w:r>
    </w:p>
    <w:p>
      <w:pPr>
        <w:spacing w:after="20"/>
      </w:pPr>
      <w:r>
        <w:rPr>
          <w:sz w:val="20"/>
        </w:rPr>
        <w:t>☐ Make vacation and emergency plans</w:t>
      </w:r>
    </w:p>
    <w:p>
      <w:pPr>
        <w:spacing w:after="20"/>
      </w:pPr>
      <w:r>
        <w:rPr>
          <w:sz w:val="20"/>
        </w:rPr>
        <w:t>☐ Make sure household members understand the responsibility</w:t>
      </w:r>
    </w:p>
    <w:p/>
    <w:p>
      <w:r>
        <w:rPr>
          <w:b/>
        </w:rPr>
        <w:t xml:space="preserve">Pet Care Note: </w:t>
      </w:r>
      <w:r>
        <w:t>Care requirements vary by species, breed, age and individual animal. Use this checklist as a planning tool and confirm specialized medical, nutrition and housing requirements with a qualified veterinarian or animal-care professional.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